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B0CBE" w14:textId="6571177D" w:rsidR="004A6D22" w:rsidRPr="007F36EC" w:rsidRDefault="00494BA5" w:rsidP="009245AE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9999"/>
        <w:spacing w:before="0" w:line="240" w:lineRule="auto"/>
        <w:jc w:val="center"/>
        <w:rPr>
          <w:color w:val="FFFFFF" w:themeColor="background1"/>
        </w:rPr>
      </w:pPr>
      <w:proofErr w:type="spellStart"/>
      <w:r w:rsidRPr="007F36EC">
        <w:rPr>
          <w:color w:val="FFFFFF" w:themeColor="background1"/>
        </w:rPr>
        <w:t>Demande</w:t>
      </w:r>
      <w:proofErr w:type="spellEnd"/>
      <w:r w:rsidRPr="007F36EC">
        <w:rPr>
          <w:color w:val="FFFFFF" w:themeColor="background1"/>
        </w:rPr>
        <w:t xml:space="preserve"> </w:t>
      </w:r>
      <w:proofErr w:type="spellStart"/>
      <w:r w:rsidRPr="007F36EC">
        <w:rPr>
          <w:color w:val="FFFFFF" w:themeColor="background1"/>
        </w:rPr>
        <w:t>d'organisation</w:t>
      </w:r>
      <w:proofErr w:type="spellEnd"/>
      <w:r w:rsidRPr="007F36EC">
        <w:rPr>
          <w:color w:val="FFFFFF" w:themeColor="background1"/>
        </w:rPr>
        <w:t xml:space="preserve"> d'un </w:t>
      </w:r>
      <w:proofErr w:type="spellStart"/>
      <w:r w:rsidRPr="007F36EC">
        <w:rPr>
          <w:color w:val="FFFFFF" w:themeColor="background1"/>
        </w:rPr>
        <w:t>événement</w:t>
      </w:r>
      <w:proofErr w:type="spellEnd"/>
      <w:r w:rsidRPr="007F36EC">
        <w:rPr>
          <w:color w:val="FFFFFF" w:themeColor="background1"/>
        </w:rPr>
        <w:t xml:space="preserve"> de </w:t>
      </w:r>
      <w:proofErr w:type="spellStart"/>
      <w:r w:rsidRPr="007F36EC">
        <w:rPr>
          <w:color w:val="FFFFFF" w:themeColor="background1"/>
        </w:rPr>
        <w:t>faible</w:t>
      </w:r>
      <w:proofErr w:type="spellEnd"/>
      <w:r w:rsidRPr="007F36EC">
        <w:rPr>
          <w:color w:val="FFFFFF" w:themeColor="background1"/>
        </w:rPr>
        <w:t xml:space="preserve"> importance</w:t>
      </w:r>
    </w:p>
    <w:p w14:paraId="66EE7294" w14:textId="77777777" w:rsidR="00673D4E" w:rsidRDefault="00673D4E" w:rsidP="009245AE">
      <w:pPr>
        <w:spacing w:after="0" w:line="240" w:lineRule="auto"/>
      </w:pPr>
    </w:p>
    <w:p w14:paraId="467EA73F" w14:textId="660B9F62" w:rsidR="00363293" w:rsidRDefault="00494BA5" w:rsidP="009245AE">
      <w:pPr>
        <w:spacing w:after="0" w:line="240" w:lineRule="auto"/>
      </w:pPr>
      <w:r>
        <w:t xml:space="preserve">Le </w:t>
      </w:r>
      <w:proofErr w:type="spellStart"/>
      <w:r>
        <w:t>présent</w:t>
      </w:r>
      <w:proofErr w:type="spellEnd"/>
      <w:r>
        <w:t xml:space="preserve"> document (qui </w:t>
      </w:r>
      <w:proofErr w:type="spellStart"/>
      <w:r>
        <w:t>est</w:t>
      </w:r>
      <w:proofErr w:type="spellEnd"/>
      <w:r>
        <w:t xml:space="preserve"> également disponible sur le site www.</w:t>
      </w:r>
      <w:r w:rsidR="007F36EC">
        <w:t>braine-le-chateau</w:t>
      </w:r>
      <w:r>
        <w:t xml:space="preserve">.be) doit </w:t>
      </w:r>
      <w:proofErr w:type="spellStart"/>
      <w:r>
        <w:t>parvenir</w:t>
      </w:r>
      <w:proofErr w:type="spellEnd"/>
      <w:r>
        <w:t xml:space="preserve"> au </w:t>
      </w:r>
      <w:r w:rsidR="00673D4E">
        <w:t xml:space="preserve">service communication et relations </w:t>
      </w:r>
      <w:proofErr w:type="spellStart"/>
      <w:r w:rsidR="00673D4E">
        <w:t>publiques</w:t>
      </w:r>
      <w:proofErr w:type="spellEnd"/>
      <w:r w:rsidR="00673D4E">
        <w:t xml:space="preserve"> </w:t>
      </w:r>
      <w:r>
        <w:t xml:space="preserve">de la </w:t>
      </w:r>
      <w:r w:rsidR="007F36EC">
        <w:t>commune de Braine-le-Château</w:t>
      </w:r>
      <w:r w:rsidR="00363293">
        <w:t xml:space="preserve"> </w:t>
      </w:r>
      <w:r>
        <w:t xml:space="preserve">au plus tard 30 </w:t>
      </w:r>
      <w:proofErr w:type="spellStart"/>
      <w:r>
        <w:t>jours</w:t>
      </w:r>
      <w:proofErr w:type="spellEnd"/>
      <w:r>
        <w:t xml:space="preserve"> </w:t>
      </w:r>
      <w:proofErr w:type="spellStart"/>
      <w:r>
        <w:t>avant</w:t>
      </w:r>
      <w:proofErr w:type="spellEnd"/>
      <w:r>
        <w:t xml:space="preserve"> la date de début de la manifestation. </w:t>
      </w:r>
    </w:p>
    <w:p w14:paraId="553778C0" w14:textId="6DC1FFC9" w:rsidR="007F36EC" w:rsidRDefault="00494BA5" w:rsidP="009245AE">
      <w:pPr>
        <w:spacing w:after="0" w:line="240" w:lineRule="auto"/>
      </w:pPr>
      <w:proofErr w:type="gramStart"/>
      <w:r>
        <w:t>Attention :</w:t>
      </w:r>
      <w:proofErr w:type="gramEnd"/>
      <w:r>
        <w:t xml:space="preserve"> nous ne </w:t>
      </w:r>
      <w:proofErr w:type="spellStart"/>
      <w:r>
        <w:t>pourrons</w:t>
      </w:r>
      <w:proofErr w:type="spellEnd"/>
      <w:r>
        <w:t xml:space="preserve"> pas donner de suite favorable à </w:t>
      </w:r>
      <w:proofErr w:type="spellStart"/>
      <w:r>
        <w:t>votre</w:t>
      </w:r>
      <w:proofErr w:type="spellEnd"/>
      <w:r>
        <w:t xml:space="preserve"> dossier </w:t>
      </w:r>
      <w:proofErr w:type="spellStart"/>
      <w:r>
        <w:t>si</w:t>
      </w:r>
      <w:proofErr w:type="spellEnd"/>
      <w:r>
        <w:t xml:space="preserve"> </w:t>
      </w:r>
      <w:proofErr w:type="spellStart"/>
      <w:r>
        <w:t>celui</w:t>
      </w:r>
      <w:proofErr w:type="spellEnd"/>
      <w:r>
        <w:t xml:space="preserve">-ci </w:t>
      </w:r>
      <w:proofErr w:type="spellStart"/>
      <w:r>
        <w:t>est</w:t>
      </w:r>
      <w:proofErr w:type="spellEnd"/>
      <w:r>
        <w:t xml:space="preserve"> </w:t>
      </w:r>
      <w:proofErr w:type="spellStart"/>
      <w:proofErr w:type="gramStart"/>
      <w:r>
        <w:t>incomplet</w:t>
      </w:r>
      <w:proofErr w:type="spellEnd"/>
      <w:r>
        <w:t xml:space="preserve"> !</w:t>
      </w:r>
      <w:proofErr w:type="gramEnd"/>
      <w:r>
        <w:t xml:space="preserve"> </w:t>
      </w:r>
    </w:p>
    <w:p w14:paraId="71283DED" w14:textId="57365B84" w:rsidR="004A6D22" w:rsidRDefault="00494BA5" w:rsidP="009245AE">
      <w:pPr>
        <w:spacing w:after="0" w:line="240" w:lineRule="auto"/>
      </w:pPr>
      <w:r>
        <w:t xml:space="preserve">Tout </w:t>
      </w:r>
      <w:proofErr w:type="spellStart"/>
      <w:r>
        <w:t>renseignement</w:t>
      </w:r>
      <w:proofErr w:type="spellEnd"/>
      <w:r>
        <w:t xml:space="preserve"> </w:t>
      </w:r>
      <w:proofErr w:type="spellStart"/>
      <w:r>
        <w:t>complémentaire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obtenu</w:t>
      </w:r>
      <w:proofErr w:type="spellEnd"/>
      <w:r>
        <w:t xml:space="preserve"> au </w:t>
      </w:r>
      <w:r w:rsidR="00673D4E">
        <w:t xml:space="preserve">service communication et relations </w:t>
      </w:r>
      <w:proofErr w:type="spellStart"/>
      <w:r w:rsidR="00673D4E">
        <w:t>publiques</w:t>
      </w:r>
      <w:proofErr w:type="spellEnd"/>
      <w:r>
        <w:t xml:space="preserve"> de la </w:t>
      </w:r>
      <w:r w:rsidR="007F36EC">
        <w:t xml:space="preserve">commune de Braine-le-Château </w:t>
      </w:r>
      <w:r>
        <w:t>(02/</w:t>
      </w:r>
      <w:r w:rsidR="007F36EC">
        <w:t>588.21.32</w:t>
      </w:r>
      <w:r>
        <w:t xml:space="preserve"> </w:t>
      </w:r>
      <w:proofErr w:type="spellStart"/>
      <w:r>
        <w:t>ou</w:t>
      </w:r>
      <w:proofErr w:type="spellEnd"/>
      <w:r w:rsidR="007F36EC">
        <w:t xml:space="preserve"> </w:t>
      </w:r>
      <w:hyperlink r:id="rId8" w:history="1">
        <w:r w:rsidR="00673D4E" w:rsidRPr="00E968AE">
          <w:rPr>
            <w:rStyle w:val="Lienhypertexte"/>
          </w:rPr>
          <w:t>info@braine-le-chateau.be</w:t>
        </w:r>
      </w:hyperlink>
      <w:r>
        <w:t xml:space="preserve">). </w:t>
      </w:r>
    </w:p>
    <w:p w14:paraId="14AD88F2" w14:textId="77777777" w:rsidR="00673D4E" w:rsidRDefault="00673D4E" w:rsidP="009245AE">
      <w:pPr>
        <w:spacing w:after="0" w:line="240" w:lineRule="auto"/>
      </w:pPr>
    </w:p>
    <w:p w14:paraId="2FDC945A" w14:textId="12D971DF" w:rsidR="004A6D22" w:rsidRPr="00494BA5" w:rsidRDefault="007F36EC" w:rsidP="009245AE">
      <w:pPr>
        <w:pStyle w:val="Paragraphedeliste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99"/>
        <w:spacing w:after="0" w:line="240" w:lineRule="auto"/>
        <w:rPr>
          <w:b/>
          <w:bCs/>
        </w:rPr>
      </w:pPr>
      <w:r w:rsidRPr="00494BA5">
        <w:rPr>
          <w:b/>
          <w:bCs/>
        </w:rPr>
        <w:t>DONNÉES GÉNÉRALES</w:t>
      </w:r>
    </w:p>
    <w:p w14:paraId="3647591B" w14:textId="03C447F3" w:rsidR="007F36EC" w:rsidRDefault="00494BA5" w:rsidP="009245AE">
      <w:pPr>
        <w:spacing w:after="0" w:line="240" w:lineRule="auto"/>
      </w:pPr>
      <w:proofErr w:type="spellStart"/>
      <w:r>
        <w:t>Dénomination</w:t>
      </w:r>
      <w:proofErr w:type="spellEnd"/>
      <w:r>
        <w:t xml:space="preserve"> de la </w:t>
      </w:r>
      <w:r w:rsidR="005A0EFB">
        <w:t>manifestation:</w:t>
      </w:r>
      <w:r>
        <w:t xml:space="preserve"> .............................................................................................</w:t>
      </w:r>
    </w:p>
    <w:p w14:paraId="2ECD9896" w14:textId="25009878" w:rsidR="004A6D22" w:rsidRDefault="00494BA5" w:rsidP="009245AE">
      <w:pPr>
        <w:spacing w:after="0" w:line="240" w:lineRule="auto"/>
      </w:pPr>
      <w:r>
        <w:t xml:space="preserve">..................................................................................................................................................... </w:t>
      </w:r>
    </w:p>
    <w:p w14:paraId="3CF1AC0C" w14:textId="19DC480F" w:rsidR="004A6D22" w:rsidRDefault="00494BA5" w:rsidP="009245AE">
      <w:pPr>
        <w:spacing w:after="0" w:line="240" w:lineRule="auto"/>
      </w:pPr>
      <w:r>
        <w:t xml:space="preserve">Date et heure de début de la </w:t>
      </w:r>
      <w:r w:rsidR="005A0EFB">
        <w:t>manifestation:</w:t>
      </w:r>
      <w:r>
        <w:t xml:space="preserve"> .............................................................................. </w:t>
      </w:r>
    </w:p>
    <w:p w14:paraId="098A2AF7" w14:textId="514489A3" w:rsidR="004A6D22" w:rsidRDefault="00494BA5" w:rsidP="009245AE">
      <w:pPr>
        <w:spacing w:after="0" w:line="240" w:lineRule="auto"/>
      </w:pPr>
      <w:r>
        <w:t xml:space="preserve">Date et heure de fin de la </w:t>
      </w:r>
      <w:r w:rsidR="005A0EFB">
        <w:t>manifestation:</w:t>
      </w:r>
      <w:r>
        <w:t xml:space="preserve"> ....................................................................................</w:t>
      </w:r>
    </w:p>
    <w:p w14:paraId="4A92DF7C" w14:textId="1EDBE97A" w:rsidR="004A6D22" w:rsidRDefault="00494BA5" w:rsidP="009245AE">
      <w:pPr>
        <w:spacing w:after="0" w:line="240" w:lineRule="auto"/>
      </w:pPr>
      <w:r>
        <w:t xml:space="preserve">Lieu (nom </w:t>
      </w:r>
      <w:proofErr w:type="spellStart"/>
      <w:r>
        <w:t>commun</w:t>
      </w:r>
      <w:proofErr w:type="spellEnd"/>
      <w:r>
        <w:t xml:space="preserve"> du site</w:t>
      </w:r>
      <w:r w:rsidR="005A0EFB">
        <w:t>):</w:t>
      </w:r>
      <w:r>
        <w:t xml:space="preserve"> .......................................................................................................</w:t>
      </w:r>
    </w:p>
    <w:p w14:paraId="71135DA8" w14:textId="7CC4D39D" w:rsidR="004A6D22" w:rsidRDefault="001169CC" w:rsidP="009245AE">
      <w:pPr>
        <w:spacing w:after="0" w:line="240" w:lineRule="auto"/>
        <w:jc w:val="center"/>
      </w:pPr>
      <w:r>
        <w:t xml:space="preserve">▢Domaine </w:t>
      </w:r>
      <w:r w:rsidR="005A0EFB">
        <w:t xml:space="preserve">public </w:t>
      </w:r>
      <w:r w:rsidR="005A0EFB">
        <w:tab/>
      </w:r>
      <w:r>
        <w:t xml:space="preserve">▢Domaine </w:t>
      </w:r>
      <w:proofErr w:type="spellStart"/>
      <w:r>
        <w:t>privé</w:t>
      </w:r>
      <w:proofErr w:type="spellEnd"/>
    </w:p>
    <w:p w14:paraId="4EF4DD01" w14:textId="1431C8E1" w:rsidR="004A6D22" w:rsidRDefault="00494BA5" w:rsidP="009245AE">
      <w:pPr>
        <w:spacing w:after="0" w:line="240" w:lineRule="auto"/>
      </w:pPr>
      <w:proofErr w:type="spellStart"/>
      <w:r>
        <w:t>Adresse</w:t>
      </w:r>
      <w:proofErr w:type="spellEnd"/>
      <w:r>
        <w:t xml:space="preserve"> et/</w:t>
      </w:r>
      <w:proofErr w:type="spellStart"/>
      <w:r>
        <w:t>ou</w:t>
      </w:r>
      <w:proofErr w:type="spellEnd"/>
      <w:r>
        <w:t xml:space="preserve"> </w:t>
      </w:r>
      <w:proofErr w:type="spellStart"/>
      <w:proofErr w:type="gramStart"/>
      <w:r>
        <w:t>itinéraire</w:t>
      </w:r>
      <w:proofErr w:type="spellEnd"/>
      <w:r>
        <w:t xml:space="preserve"> :</w:t>
      </w:r>
      <w:proofErr w:type="gramEnd"/>
      <w:r>
        <w:t xml:space="preserve"> </w:t>
      </w:r>
      <w:r w:rsidR="005A0EFB">
        <w:t>Rue:</w:t>
      </w:r>
      <w:r>
        <w:t xml:space="preserve"> ....................................................................................................</w:t>
      </w:r>
    </w:p>
    <w:p w14:paraId="3FCC5DB4" w14:textId="27C895A2" w:rsidR="004A6D22" w:rsidRDefault="00494BA5" w:rsidP="009245AE">
      <w:pPr>
        <w:spacing w:after="0" w:line="240" w:lineRule="auto"/>
      </w:pPr>
      <w:r>
        <w:t xml:space="preserve"> Code </w:t>
      </w:r>
      <w:proofErr w:type="gramStart"/>
      <w:r>
        <w:t>postal :</w:t>
      </w:r>
      <w:proofErr w:type="gramEnd"/>
      <w:r>
        <w:t xml:space="preserve"> .....................................</w:t>
      </w:r>
      <w:r w:rsidR="007F36EC">
        <w:t xml:space="preserve">                     </w:t>
      </w:r>
      <w:proofErr w:type="gramStart"/>
      <w:r>
        <w:t>Commune :</w:t>
      </w:r>
      <w:proofErr w:type="gramEnd"/>
      <w:r w:rsidR="007F36EC" w:rsidRPr="007F36EC">
        <w:t xml:space="preserve"> </w:t>
      </w:r>
      <w:r w:rsidR="007F36EC">
        <w:t xml:space="preserve">.....................................  </w:t>
      </w:r>
    </w:p>
    <w:p w14:paraId="3D2B5309" w14:textId="462DC140" w:rsidR="004A6D22" w:rsidRPr="00494BA5" w:rsidRDefault="007F36EC" w:rsidP="009245AE">
      <w:pPr>
        <w:pStyle w:val="Paragraphedeliste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99"/>
        <w:spacing w:after="0" w:line="240" w:lineRule="auto"/>
        <w:rPr>
          <w:b/>
          <w:bCs/>
        </w:rPr>
      </w:pPr>
      <w:r w:rsidRPr="00494BA5">
        <w:rPr>
          <w:b/>
          <w:bCs/>
        </w:rPr>
        <w:t>L’ORGANISATEUR</w:t>
      </w:r>
    </w:p>
    <w:p w14:paraId="4C89C05C" w14:textId="77777777" w:rsidR="00673D4E" w:rsidRDefault="00673D4E" w:rsidP="009245AE">
      <w:pPr>
        <w:spacing w:after="0" w:line="240" w:lineRule="auto"/>
      </w:pPr>
    </w:p>
    <w:p w14:paraId="6B5D1A34" w14:textId="3841BA02" w:rsidR="004A6D22" w:rsidRDefault="00494BA5" w:rsidP="009245AE">
      <w:pPr>
        <w:spacing w:after="0" w:line="240" w:lineRule="auto"/>
      </w:pPr>
      <w:proofErr w:type="spellStart"/>
      <w:r>
        <w:t>Responsable</w:t>
      </w:r>
      <w:proofErr w:type="spellEnd"/>
      <w:r>
        <w:t xml:space="preserve"> </w:t>
      </w:r>
      <w:proofErr w:type="spellStart"/>
      <w:r>
        <w:t>désigné</w:t>
      </w:r>
      <w:proofErr w:type="spellEnd"/>
      <w:r>
        <w:t xml:space="preserve"> (Nom et </w:t>
      </w:r>
      <w:proofErr w:type="spellStart"/>
      <w:r>
        <w:t>Prénom</w:t>
      </w:r>
      <w:proofErr w:type="spellEnd"/>
      <w:proofErr w:type="gramStart"/>
      <w:r>
        <w:t>) :</w:t>
      </w:r>
      <w:proofErr w:type="gramEnd"/>
      <w:r>
        <w:t xml:space="preserve"> ...................................................................................</w:t>
      </w:r>
      <w:r w:rsidR="00673D4E">
        <w:t>..............................</w:t>
      </w:r>
    </w:p>
    <w:p w14:paraId="76F53A50" w14:textId="56277890" w:rsidR="004A6D22" w:rsidRDefault="00494BA5" w:rsidP="009245AE">
      <w:pPr>
        <w:spacing w:after="0" w:line="240" w:lineRule="auto"/>
      </w:pPr>
      <w:proofErr w:type="gramStart"/>
      <w:r>
        <w:t>Adresse :</w:t>
      </w:r>
      <w:proofErr w:type="gramEnd"/>
      <w:r>
        <w:t xml:space="preserve"> </w:t>
      </w:r>
      <w:proofErr w:type="gramStart"/>
      <w:r>
        <w:t>Rue :</w:t>
      </w:r>
      <w:proofErr w:type="gramEnd"/>
      <w:r>
        <w:t xml:space="preserve"> ............................................................................................................................</w:t>
      </w:r>
      <w:r w:rsidR="00673D4E">
        <w:t>..........................................</w:t>
      </w:r>
    </w:p>
    <w:p w14:paraId="258953C4" w14:textId="5BFF7935" w:rsidR="004A6D22" w:rsidRDefault="00494BA5" w:rsidP="00673D4E">
      <w:pPr>
        <w:spacing w:after="0" w:line="240" w:lineRule="auto"/>
        <w:ind w:left="720" w:firstLine="556"/>
      </w:pPr>
      <w:r>
        <w:t xml:space="preserve">Code </w:t>
      </w:r>
      <w:proofErr w:type="gramStart"/>
      <w:r>
        <w:t>postal :</w:t>
      </w:r>
      <w:proofErr w:type="gramEnd"/>
      <w:r>
        <w:t xml:space="preserve"> ............................................................</w:t>
      </w:r>
      <w:r w:rsidR="007F36EC">
        <w:t xml:space="preserve">   </w:t>
      </w:r>
      <w:proofErr w:type="gramStart"/>
      <w:r>
        <w:t>Commune :</w:t>
      </w:r>
      <w:proofErr w:type="gramEnd"/>
      <w:r>
        <w:t xml:space="preserve"> ............................</w:t>
      </w:r>
      <w:r w:rsidR="00673D4E">
        <w:t>..........................</w:t>
      </w:r>
    </w:p>
    <w:p w14:paraId="008FF163" w14:textId="51CD4F4B" w:rsidR="004A6D22" w:rsidRDefault="00494BA5" w:rsidP="009245AE">
      <w:pPr>
        <w:spacing w:after="0" w:line="240" w:lineRule="auto"/>
      </w:pPr>
      <w:proofErr w:type="spellStart"/>
      <w:r>
        <w:t>Téléphone</w:t>
      </w:r>
      <w:proofErr w:type="spellEnd"/>
      <w:r>
        <w:t xml:space="preserve"> fixe et </w:t>
      </w:r>
      <w:proofErr w:type="gramStart"/>
      <w:r>
        <w:t>GSM :</w:t>
      </w:r>
      <w:proofErr w:type="gramEnd"/>
      <w:r>
        <w:t xml:space="preserve"> ..............................................................................................................</w:t>
      </w:r>
      <w:r w:rsidR="00673D4E">
        <w:t>......................................</w:t>
      </w:r>
    </w:p>
    <w:p w14:paraId="76C02BF2" w14:textId="5E224C6A" w:rsidR="004A6D22" w:rsidRDefault="00494BA5" w:rsidP="009245AE">
      <w:pPr>
        <w:spacing w:after="0" w:line="240" w:lineRule="auto"/>
      </w:pPr>
      <w:r>
        <w:t xml:space="preserve"> </w:t>
      </w:r>
      <w:proofErr w:type="gramStart"/>
      <w:r>
        <w:t>Email :</w:t>
      </w:r>
      <w:proofErr w:type="gramEnd"/>
      <w:r>
        <w:t xml:space="preserve"> ......................................................................................@............................................</w:t>
      </w:r>
      <w:r w:rsidR="00673D4E">
        <w:t>...............................................</w:t>
      </w:r>
    </w:p>
    <w:p w14:paraId="7B59E28B" w14:textId="49C6ADF0" w:rsidR="004A6D22" w:rsidRDefault="00494BA5" w:rsidP="009245AE">
      <w:pPr>
        <w:spacing w:after="0" w:line="240" w:lineRule="auto"/>
      </w:pPr>
      <w:r>
        <w:t xml:space="preserve"> Date de naissance</w:t>
      </w:r>
      <w:r w:rsidR="00673D4E">
        <w:t>………………………………………</w:t>
      </w:r>
      <w:proofErr w:type="gramStart"/>
      <w:r w:rsidR="00673D4E">
        <w:t>…..</w:t>
      </w:r>
      <w:proofErr w:type="gramEnd"/>
    </w:p>
    <w:p w14:paraId="72D3DF61" w14:textId="2F1720EE" w:rsidR="004A6D22" w:rsidRDefault="00494BA5" w:rsidP="009245AE">
      <w:pPr>
        <w:spacing w:after="0" w:line="240" w:lineRule="auto"/>
      </w:pPr>
      <w:r>
        <w:t>(le demandeur doit être majeur</w:t>
      </w:r>
      <w:proofErr w:type="gramStart"/>
      <w:r>
        <w:t>) :</w:t>
      </w:r>
      <w:proofErr w:type="gramEnd"/>
      <w:r>
        <w:t xml:space="preserve"> .......................................................................... </w:t>
      </w:r>
    </w:p>
    <w:p w14:paraId="452D8E64" w14:textId="77777777" w:rsidR="004A6D22" w:rsidRDefault="00494BA5" w:rsidP="009245AE">
      <w:pPr>
        <w:spacing w:after="0" w:line="240" w:lineRule="auto"/>
      </w:pPr>
      <w:r>
        <w:t xml:space="preserve">Si le responsable représente une société : </w:t>
      </w:r>
    </w:p>
    <w:p w14:paraId="16F2D0F9" w14:textId="178C1884" w:rsidR="004A6D22" w:rsidRDefault="00494BA5" w:rsidP="009245AE">
      <w:pPr>
        <w:spacing w:after="0" w:line="240" w:lineRule="auto"/>
      </w:pPr>
      <w:r>
        <w:t xml:space="preserve">- Dénomination ou raison </w:t>
      </w:r>
      <w:proofErr w:type="gramStart"/>
      <w:r>
        <w:t>sociale :</w:t>
      </w:r>
      <w:proofErr w:type="gramEnd"/>
      <w:r>
        <w:t xml:space="preserve"> ..........................................................................................</w:t>
      </w:r>
    </w:p>
    <w:p w14:paraId="0481F1C7" w14:textId="1AB3419A" w:rsidR="004A6D22" w:rsidRDefault="00494BA5" w:rsidP="009245AE">
      <w:pPr>
        <w:spacing w:after="0" w:line="240" w:lineRule="auto"/>
      </w:pPr>
      <w:r>
        <w:t xml:space="preserve">.............................................................................................................................................. </w:t>
      </w:r>
    </w:p>
    <w:p w14:paraId="4A226DB6" w14:textId="3F6C2500" w:rsidR="004A6D22" w:rsidRDefault="00494BA5" w:rsidP="009245AE">
      <w:pPr>
        <w:spacing w:after="0" w:line="240" w:lineRule="auto"/>
      </w:pPr>
      <w:r>
        <w:t xml:space="preserve">- </w:t>
      </w:r>
      <w:proofErr w:type="spellStart"/>
      <w:r>
        <w:t>Siège</w:t>
      </w:r>
      <w:proofErr w:type="spellEnd"/>
      <w:r>
        <w:t xml:space="preserve"> </w:t>
      </w:r>
      <w:proofErr w:type="gramStart"/>
      <w:r>
        <w:t>social :</w:t>
      </w:r>
      <w:proofErr w:type="gramEnd"/>
      <w:r>
        <w:t xml:space="preserve"> </w:t>
      </w:r>
      <w:r w:rsidR="00363293">
        <w:tab/>
      </w:r>
      <w:proofErr w:type="gramStart"/>
      <w:r>
        <w:t>Rue :</w:t>
      </w:r>
      <w:proofErr w:type="gramEnd"/>
      <w:r>
        <w:t xml:space="preserve"> .............................................................................................................. </w:t>
      </w:r>
    </w:p>
    <w:p w14:paraId="5D868545" w14:textId="6047D967" w:rsidR="004A6D22" w:rsidRDefault="00494BA5" w:rsidP="009245AE">
      <w:pPr>
        <w:spacing w:after="0" w:line="240" w:lineRule="auto"/>
      </w:pPr>
      <w:r>
        <w:t xml:space="preserve">  </w:t>
      </w:r>
      <w:r w:rsidR="00363293">
        <w:tab/>
      </w:r>
      <w:r w:rsidR="00363293">
        <w:tab/>
      </w:r>
      <w:r>
        <w:t xml:space="preserve">Code </w:t>
      </w:r>
      <w:proofErr w:type="gramStart"/>
      <w:r>
        <w:t>postal :</w:t>
      </w:r>
      <w:proofErr w:type="gramEnd"/>
      <w:r>
        <w:t xml:space="preserve"> ...............................................</w:t>
      </w:r>
      <w:r w:rsidR="00363293">
        <w:t xml:space="preserve">   </w:t>
      </w:r>
      <w:proofErr w:type="gramStart"/>
      <w:r>
        <w:t>Commune :</w:t>
      </w:r>
      <w:proofErr w:type="gramEnd"/>
      <w:r>
        <w:t xml:space="preserve"> ............................</w:t>
      </w:r>
    </w:p>
    <w:p w14:paraId="2B61A441" w14:textId="1598575B" w:rsidR="004A6D22" w:rsidRDefault="00494BA5" w:rsidP="009245AE">
      <w:pPr>
        <w:spacing w:after="0" w:line="240" w:lineRule="auto"/>
      </w:pPr>
      <w:r>
        <w:t xml:space="preserve"> - </w:t>
      </w:r>
      <w:proofErr w:type="spellStart"/>
      <w:r>
        <w:t>Qualité</w:t>
      </w:r>
      <w:proofErr w:type="spellEnd"/>
      <w:r>
        <w:t xml:space="preserve"> du </w:t>
      </w:r>
      <w:proofErr w:type="spellStart"/>
      <w:proofErr w:type="gramStart"/>
      <w:r>
        <w:t>demandeur</w:t>
      </w:r>
      <w:proofErr w:type="spellEnd"/>
      <w:r>
        <w:t>(</w:t>
      </w:r>
      <w:proofErr w:type="gramEnd"/>
      <w:r>
        <w:t xml:space="preserve">aptitude à </w:t>
      </w:r>
      <w:proofErr w:type="spellStart"/>
      <w:r>
        <w:t>représenter</w:t>
      </w:r>
      <w:proofErr w:type="spellEnd"/>
      <w:r>
        <w:t xml:space="preserve"> la société): ...........................................................</w:t>
      </w:r>
    </w:p>
    <w:p w14:paraId="51D01EFD" w14:textId="77777777" w:rsidR="00673D4E" w:rsidRDefault="00673D4E" w:rsidP="009245AE">
      <w:pPr>
        <w:spacing w:after="0" w:line="240" w:lineRule="auto"/>
      </w:pPr>
    </w:p>
    <w:p w14:paraId="66E21CEE" w14:textId="28B5CFC8" w:rsidR="004A6D22" w:rsidRPr="00494BA5" w:rsidRDefault="00363293" w:rsidP="009245AE">
      <w:pPr>
        <w:pStyle w:val="Paragraphedeliste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99"/>
        <w:spacing w:after="0" w:line="240" w:lineRule="auto"/>
        <w:rPr>
          <w:b/>
          <w:bCs/>
        </w:rPr>
      </w:pPr>
      <w:r w:rsidRPr="00494BA5">
        <w:rPr>
          <w:b/>
          <w:bCs/>
        </w:rPr>
        <w:t>. DESCRIPTION SUCCINTE DE LA MANIFESTATION OU DE L’ÉVÈNEMENT</w:t>
      </w:r>
    </w:p>
    <w:p w14:paraId="71038859" w14:textId="77777777" w:rsidR="00673D4E" w:rsidRDefault="00673D4E" w:rsidP="009245AE">
      <w:pPr>
        <w:spacing w:after="0" w:line="240" w:lineRule="auto"/>
      </w:pPr>
    </w:p>
    <w:p w14:paraId="7BED7122" w14:textId="0F4FCAA4" w:rsidR="004A6D22" w:rsidRDefault="00494BA5" w:rsidP="009245AE">
      <w:pPr>
        <w:spacing w:after="0" w:line="240" w:lineRule="auto"/>
      </w:pPr>
      <w:r>
        <w:t xml:space="preserve"> </w:t>
      </w:r>
      <w:r w:rsidR="001169CC">
        <w:t>▢</w:t>
      </w:r>
      <w:r>
        <w:t>fête de quartier/</w:t>
      </w:r>
      <w:proofErr w:type="spellStart"/>
      <w:r>
        <w:t>voisins</w:t>
      </w:r>
      <w:proofErr w:type="spellEnd"/>
      <w:r>
        <w:t xml:space="preserve">    </w:t>
      </w:r>
      <w:r w:rsidR="00363293">
        <w:t xml:space="preserve"> </w:t>
      </w:r>
      <w:r w:rsidR="001169CC">
        <w:t xml:space="preserve"> ▢</w:t>
      </w:r>
      <w:r>
        <w:t xml:space="preserve">fête </w:t>
      </w:r>
      <w:proofErr w:type="spellStart"/>
      <w:r>
        <w:t>scolaire</w:t>
      </w:r>
      <w:proofErr w:type="spellEnd"/>
      <w:r>
        <w:t>/</w:t>
      </w:r>
      <w:proofErr w:type="spellStart"/>
      <w:r>
        <w:t>d™établissement</w:t>
      </w:r>
      <w:proofErr w:type="spellEnd"/>
      <w:r>
        <w:t xml:space="preserve">    </w:t>
      </w:r>
      <w:r w:rsidR="001169CC">
        <w:t xml:space="preserve"> ▢</w:t>
      </w:r>
      <w:proofErr w:type="spellStart"/>
      <w:r>
        <w:t>marché</w:t>
      </w:r>
      <w:proofErr w:type="spellEnd"/>
      <w:r>
        <w:t>/</w:t>
      </w:r>
      <w:proofErr w:type="spellStart"/>
      <w:r>
        <w:t>braderie</w:t>
      </w:r>
      <w:proofErr w:type="spellEnd"/>
      <w:r>
        <w:t>/</w:t>
      </w:r>
      <w:proofErr w:type="spellStart"/>
      <w:r>
        <w:t>brocante</w:t>
      </w:r>
      <w:proofErr w:type="spellEnd"/>
      <w:r>
        <w:t xml:space="preserve"> </w:t>
      </w:r>
    </w:p>
    <w:p w14:paraId="3BF3C52C" w14:textId="43EBDB05" w:rsidR="004A6D22" w:rsidRDefault="00494BA5" w:rsidP="009245AE">
      <w:pPr>
        <w:spacing w:after="0" w:line="240" w:lineRule="auto"/>
      </w:pPr>
      <w:r>
        <w:t xml:space="preserve"> </w:t>
      </w:r>
      <w:r w:rsidR="001169CC">
        <w:t>▢</w:t>
      </w:r>
      <w:r>
        <w:t xml:space="preserve">fête </w:t>
      </w:r>
      <w:proofErr w:type="spellStart"/>
      <w:r>
        <w:t>foraine</w:t>
      </w:r>
      <w:proofErr w:type="spellEnd"/>
      <w:r w:rsidR="00363293">
        <w:t xml:space="preserve">  </w:t>
      </w:r>
      <w:r w:rsidR="001169CC">
        <w:t xml:space="preserve"> ▢</w:t>
      </w:r>
      <w:r w:rsidR="00363293">
        <w:t xml:space="preserve"> </w:t>
      </w:r>
      <w:proofErr w:type="spellStart"/>
      <w:r>
        <w:t>ducasse</w:t>
      </w:r>
      <w:proofErr w:type="spellEnd"/>
      <w:r>
        <w:t>/folklore</w:t>
      </w:r>
      <w:r w:rsidR="00363293">
        <w:t xml:space="preserve">    </w:t>
      </w:r>
      <w:r w:rsidR="001169CC">
        <w:t xml:space="preserve"> ▢</w:t>
      </w:r>
      <w:r>
        <w:t>cortège</w:t>
      </w:r>
      <w:r w:rsidR="00363293">
        <w:t xml:space="preserve"> </w:t>
      </w:r>
      <w:r>
        <w:t xml:space="preserve"> </w:t>
      </w:r>
      <w:r w:rsidR="001169CC">
        <w:t xml:space="preserve"> ▢</w:t>
      </w:r>
      <w:r>
        <w:t>concert</w:t>
      </w:r>
      <w:r w:rsidR="00363293">
        <w:t xml:space="preserve">  </w:t>
      </w:r>
      <w:r w:rsidR="001169CC">
        <w:t xml:space="preserve"> ▢</w:t>
      </w:r>
      <w:r>
        <w:t>cirque</w:t>
      </w:r>
      <w:r w:rsidR="00363293">
        <w:t xml:space="preserve"> </w:t>
      </w:r>
      <w:r>
        <w:t xml:space="preserve"> </w:t>
      </w:r>
      <w:r w:rsidR="001169CC">
        <w:t xml:space="preserve"> ▢</w:t>
      </w:r>
      <w:proofErr w:type="spellStart"/>
      <w:r>
        <w:t>commerciale</w:t>
      </w:r>
      <w:proofErr w:type="spellEnd"/>
      <w:r>
        <w:t>/</w:t>
      </w:r>
      <w:proofErr w:type="spellStart"/>
      <w:r>
        <w:t>publicitaire</w:t>
      </w:r>
      <w:proofErr w:type="spellEnd"/>
      <w:r>
        <w:t xml:space="preserve"> </w:t>
      </w:r>
    </w:p>
    <w:p w14:paraId="608F119E" w14:textId="4E4AC322" w:rsidR="004A6D22" w:rsidRDefault="00494BA5" w:rsidP="009245AE">
      <w:pPr>
        <w:spacing w:after="0" w:line="240" w:lineRule="auto"/>
      </w:pPr>
      <w:r>
        <w:t xml:space="preserve"> </w:t>
      </w:r>
      <w:r w:rsidR="001169CC">
        <w:t>▢</w:t>
      </w:r>
      <w:proofErr w:type="spellStart"/>
      <w:r>
        <w:t>évènement</w:t>
      </w:r>
      <w:proofErr w:type="spellEnd"/>
      <w:r>
        <w:t xml:space="preserve"> à </w:t>
      </w:r>
      <w:proofErr w:type="spellStart"/>
      <w:r>
        <w:t>caractère</w:t>
      </w:r>
      <w:proofErr w:type="spellEnd"/>
      <w:r>
        <w:t xml:space="preserve"> </w:t>
      </w:r>
      <w:proofErr w:type="spellStart"/>
      <w:r>
        <w:t>historique</w:t>
      </w:r>
      <w:proofErr w:type="spellEnd"/>
      <w:r>
        <w:t xml:space="preserve">    </w:t>
      </w:r>
      <w:r w:rsidR="001169CC">
        <w:t xml:space="preserve"> ▢</w:t>
      </w:r>
      <w:proofErr w:type="spellStart"/>
      <w:r>
        <w:t>évènement</w:t>
      </w:r>
      <w:proofErr w:type="spellEnd"/>
      <w:r>
        <w:t xml:space="preserve"> sportif    </w:t>
      </w:r>
      <w:r w:rsidR="001169CC">
        <w:t xml:space="preserve"> ▢</w:t>
      </w:r>
      <w:proofErr w:type="spellStart"/>
      <w:r>
        <w:t>évènement</w:t>
      </w:r>
      <w:proofErr w:type="spellEnd"/>
      <w:r>
        <w:t xml:space="preserve"> </w:t>
      </w:r>
      <w:proofErr w:type="spellStart"/>
      <w:r>
        <w:t>autre</w:t>
      </w:r>
      <w:proofErr w:type="spellEnd"/>
      <w:r>
        <w:t xml:space="preserve"> </w:t>
      </w:r>
    </w:p>
    <w:p w14:paraId="5253D6F5" w14:textId="252CC359" w:rsidR="004A6D22" w:rsidRDefault="00494BA5" w:rsidP="009245AE">
      <w:pPr>
        <w:spacing w:after="0" w:line="240" w:lineRule="auto"/>
      </w:pPr>
      <w:r>
        <w:t xml:space="preserve"> </w:t>
      </w:r>
      <w:r w:rsidR="001169CC">
        <w:t>▢</w:t>
      </w:r>
      <w:r>
        <w:t xml:space="preserve">sport </w:t>
      </w:r>
      <w:proofErr w:type="spellStart"/>
      <w:r>
        <w:t>moteur</w:t>
      </w:r>
      <w:proofErr w:type="spellEnd"/>
      <w:r w:rsidR="00363293">
        <w:t xml:space="preserve">  </w:t>
      </w:r>
      <w:r w:rsidR="001169CC">
        <w:t xml:space="preserve"> ▢</w:t>
      </w:r>
      <w:r>
        <w:t xml:space="preserve">course </w:t>
      </w:r>
      <w:r w:rsidR="00363293">
        <w:t xml:space="preserve">cyclist  </w:t>
      </w:r>
      <w:r w:rsidR="001169CC">
        <w:t xml:space="preserve"> ▢</w:t>
      </w:r>
      <w:proofErr w:type="spellStart"/>
      <w:r>
        <w:t>randonnée</w:t>
      </w:r>
      <w:proofErr w:type="spellEnd"/>
      <w:r>
        <w:t xml:space="preserve"> (</w:t>
      </w:r>
      <w:proofErr w:type="spellStart"/>
      <w:r>
        <w:t>cycliste</w:t>
      </w:r>
      <w:proofErr w:type="spellEnd"/>
      <w:r>
        <w:t xml:space="preserve">, </w:t>
      </w:r>
      <w:proofErr w:type="spellStart"/>
      <w:r>
        <w:t>pédestre</w:t>
      </w:r>
      <w:proofErr w:type="spellEnd"/>
      <w:r>
        <w:t xml:space="preserve">, </w:t>
      </w:r>
      <w:proofErr w:type="spellStart"/>
      <w:r>
        <w:t>motocycliste</w:t>
      </w:r>
      <w:proofErr w:type="spellEnd"/>
      <w:r>
        <w:t>, automobile)</w:t>
      </w:r>
    </w:p>
    <w:p w14:paraId="24BAD773" w14:textId="414EF88F" w:rsidR="004A6D22" w:rsidRDefault="00494BA5" w:rsidP="009245AE">
      <w:pPr>
        <w:spacing w:after="0" w:line="240" w:lineRule="auto"/>
      </w:pPr>
      <w:r>
        <w:t xml:space="preserve"> </w:t>
      </w:r>
      <w:r w:rsidR="001169CC">
        <w:t>▢</w:t>
      </w:r>
      <w:proofErr w:type="spellStart"/>
      <w:r>
        <w:t>autres</w:t>
      </w:r>
      <w:proofErr w:type="spellEnd"/>
      <w:r>
        <w:t xml:space="preserve"> à </w:t>
      </w:r>
      <w:proofErr w:type="gramStart"/>
      <w:r>
        <w:t>préciser :</w:t>
      </w:r>
      <w:proofErr w:type="gramEnd"/>
      <w:r>
        <w:t xml:space="preserve"> ...................................................................................................................</w:t>
      </w:r>
    </w:p>
    <w:p w14:paraId="72A862B7" w14:textId="77777777" w:rsidR="004A6D22" w:rsidRDefault="004A6D22" w:rsidP="009245AE">
      <w:pPr>
        <w:spacing w:after="0" w:line="240" w:lineRule="auto"/>
      </w:pPr>
    </w:p>
    <w:p w14:paraId="12FA4935" w14:textId="77777777" w:rsidR="001169CC" w:rsidRDefault="001169CC">
      <w:pPr>
        <w:rPr>
          <w:b/>
          <w:bCs/>
        </w:rPr>
      </w:pPr>
      <w:r>
        <w:rPr>
          <w:b/>
          <w:bCs/>
        </w:rPr>
        <w:br w:type="page"/>
      </w:r>
    </w:p>
    <w:p w14:paraId="59A00041" w14:textId="1847BBBF" w:rsidR="004A6D22" w:rsidRDefault="00494BA5" w:rsidP="009245AE">
      <w:pPr>
        <w:spacing w:after="0" w:line="240" w:lineRule="auto"/>
        <w:ind w:right="468"/>
      </w:pPr>
      <w:r w:rsidRPr="001169CC">
        <w:rPr>
          <w:b/>
          <w:bCs/>
        </w:rPr>
        <w:lastRenderedPageBreak/>
        <w:t xml:space="preserve">Nombre de </w:t>
      </w:r>
      <w:proofErr w:type="spellStart"/>
      <w:r w:rsidRPr="001169CC">
        <w:rPr>
          <w:b/>
          <w:bCs/>
        </w:rPr>
        <w:t>personnes</w:t>
      </w:r>
      <w:proofErr w:type="spellEnd"/>
      <w:r w:rsidRPr="001169CC">
        <w:rPr>
          <w:b/>
          <w:bCs/>
        </w:rPr>
        <w:t xml:space="preserve"> </w:t>
      </w:r>
      <w:proofErr w:type="spellStart"/>
      <w:proofErr w:type="gramStart"/>
      <w:r w:rsidRPr="001169CC">
        <w:rPr>
          <w:b/>
          <w:bCs/>
        </w:rPr>
        <w:t>attendues</w:t>
      </w:r>
      <w:proofErr w:type="spellEnd"/>
      <w:r>
        <w:t>(</w:t>
      </w:r>
      <w:proofErr w:type="gramEnd"/>
      <w:r>
        <w:t xml:space="preserve">y </w:t>
      </w:r>
      <w:proofErr w:type="spellStart"/>
      <w:r>
        <w:t>compris</w:t>
      </w:r>
      <w:proofErr w:type="spellEnd"/>
      <w:r>
        <w:t xml:space="preserve"> le personnel de </w:t>
      </w:r>
      <w:proofErr w:type="spellStart"/>
      <w:r>
        <w:t>l™organisation</w:t>
      </w:r>
      <w:proofErr w:type="spellEnd"/>
      <w:proofErr w:type="gramStart"/>
      <w:r>
        <w:t>):....................................</w:t>
      </w:r>
      <w:proofErr w:type="gramEnd"/>
      <w:r>
        <w:t xml:space="preserve"> </w:t>
      </w:r>
    </w:p>
    <w:p w14:paraId="4DF23111" w14:textId="0891AF02" w:rsidR="004A6D22" w:rsidRDefault="00494BA5" w:rsidP="009245AE">
      <w:pPr>
        <w:spacing w:after="0" w:line="240" w:lineRule="auto"/>
      </w:pPr>
      <w:r>
        <w:t xml:space="preserve">Installations </w:t>
      </w:r>
      <w:proofErr w:type="gramStart"/>
      <w:r>
        <w:t>prévues :</w:t>
      </w:r>
      <w:proofErr w:type="gramEnd"/>
      <w:r>
        <w:t xml:space="preserve"> </w:t>
      </w:r>
    </w:p>
    <w:p w14:paraId="4AD71F45" w14:textId="5075A7EB" w:rsidR="004A6D22" w:rsidRDefault="001169CC" w:rsidP="009245AE">
      <w:pPr>
        <w:spacing w:after="0" w:line="240" w:lineRule="auto"/>
      </w:pPr>
      <w:r>
        <w:t xml:space="preserve">▢ </w:t>
      </w:r>
      <w:proofErr w:type="spellStart"/>
      <w:r>
        <w:t>chapiteau</w:t>
      </w:r>
      <w:proofErr w:type="spellEnd"/>
      <w:r>
        <w:t xml:space="preserve"> </w:t>
      </w:r>
      <w:proofErr w:type="gramStart"/>
      <w:r>
        <w:t>Nombre :</w:t>
      </w:r>
      <w:proofErr w:type="gramEnd"/>
      <w:r>
        <w:t xml:space="preserve"> ............................... Dimension(s</w:t>
      </w:r>
      <w:proofErr w:type="gramStart"/>
      <w:r>
        <w:t>) :</w:t>
      </w:r>
      <w:proofErr w:type="gramEnd"/>
      <w:r>
        <w:t xml:space="preserve"> ....................... </w:t>
      </w:r>
    </w:p>
    <w:p w14:paraId="1928DDAA" w14:textId="32592500" w:rsidR="004A6D22" w:rsidRDefault="001169CC" w:rsidP="009245AE">
      <w:pPr>
        <w:spacing w:after="0" w:line="240" w:lineRule="auto"/>
      </w:pPr>
      <w:r>
        <w:t>▢</w:t>
      </w:r>
      <w:proofErr w:type="spellStart"/>
      <w:r>
        <w:t>gradins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tribunes    </w:t>
      </w:r>
      <w:r>
        <w:tab/>
        <w:t xml:space="preserve">▢structures </w:t>
      </w:r>
      <w:proofErr w:type="spellStart"/>
      <w:r>
        <w:t>portant</w:t>
      </w:r>
      <w:proofErr w:type="spellEnd"/>
      <w:r>
        <w:t xml:space="preserve"> des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des </w:t>
      </w:r>
      <w:proofErr w:type="spellStart"/>
      <w:r>
        <w:t>équipements</w:t>
      </w:r>
      <w:proofErr w:type="spellEnd"/>
      <w:r>
        <w:t xml:space="preserve"> techniques </w:t>
      </w:r>
    </w:p>
    <w:p w14:paraId="226DD96E" w14:textId="706C3708" w:rsidR="001169CC" w:rsidRDefault="001169CC" w:rsidP="009245AE">
      <w:pPr>
        <w:spacing w:after="0" w:line="240" w:lineRule="auto"/>
      </w:pPr>
      <w:r>
        <w:t xml:space="preserve">▢installations de </w:t>
      </w:r>
      <w:proofErr w:type="spellStart"/>
      <w:r>
        <w:t>chauffage</w:t>
      </w:r>
      <w:proofErr w:type="spellEnd"/>
      <w:r>
        <w:t xml:space="preserve"> </w:t>
      </w:r>
      <w:r>
        <w:tab/>
        <w:t xml:space="preserve">▢ points de </w:t>
      </w:r>
      <w:proofErr w:type="spellStart"/>
      <w:r>
        <w:t>cuisson</w:t>
      </w:r>
      <w:proofErr w:type="spellEnd"/>
      <w:r>
        <w:t xml:space="preserve"> </w:t>
      </w:r>
      <w:proofErr w:type="spellStart"/>
      <w:r>
        <w:t>gaz</w:t>
      </w:r>
      <w:proofErr w:type="spellEnd"/>
      <w:r>
        <w:t xml:space="preserve"> </w:t>
      </w:r>
      <w:r>
        <w:tab/>
        <w:t xml:space="preserve"> ▢ barbecue  </w:t>
      </w:r>
    </w:p>
    <w:p w14:paraId="4599D275" w14:textId="77777777" w:rsidR="001169CC" w:rsidRDefault="001169CC" w:rsidP="009245AE">
      <w:pPr>
        <w:spacing w:after="0" w:line="240" w:lineRule="auto"/>
      </w:pPr>
      <w:r>
        <w:t xml:space="preserve">▢divertissements </w:t>
      </w:r>
      <w:proofErr w:type="spellStart"/>
      <w:r>
        <w:t>extrêmes</w:t>
      </w:r>
      <w:proofErr w:type="spellEnd"/>
      <w:r>
        <w:t xml:space="preserve"> (</w:t>
      </w:r>
      <w:proofErr w:type="spellStart"/>
      <w:r>
        <w:t>saut</w:t>
      </w:r>
      <w:proofErr w:type="spellEnd"/>
      <w:r>
        <w:t xml:space="preserve"> à </w:t>
      </w:r>
      <w:proofErr w:type="spellStart"/>
      <w:r>
        <w:t>l™élastique</w:t>
      </w:r>
      <w:proofErr w:type="spellEnd"/>
      <w:r>
        <w:t xml:space="preserve">, </w:t>
      </w:r>
      <w:proofErr w:type="spellStart"/>
      <w:r>
        <w:t>saut</w:t>
      </w:r>
      <w:proofErr w:type="spellEnd"/>
      <w:r>
        <w:t xml:space="preserve"> en parachute, death ride, ...) </w:t>
      </w:r>
    </w:p>
    <w:p w14:paraId="7D460240" w14:textId="397B26AB" w:rsidR="004A6D22" w:rsidRDefault="001169CC" w:rsidP="009245AE">
      <w:pPr>
        <w:spacing w:after="0" w:line="240" w:lineRule="auto"/>
      </w:pPr>
      <w:r>
        <w:t xml:space="preserve">▢feu de joie </w:t>
      </w:r>
      <w:r>
        <w:tab/>
      </w:r>
      <w:r>
        <w:tab/>
      </w:r>
      <w:r>
        <w:tab/>
        <w:t xml:space="preserve">▢feu </w:t>
      </w:r>
      <w:proofErr w:type="spellStart"/>
      <w:r>
        <w:t>d’artifices</w:t>
      </w:r>
      <w:proofErr w:type="spellEnd"/>
      <w:r>
        <w:t xml:space="preserve">                      </w:t>
      </w:r>
      <w:r>
        <w:tab/>
        <w:t xml:space="preserve"> ▢</w:t>
      </w:r>
      <w:proofErr w:type="spellStart"/>
      <w:r>
        <w:t>lâcher</w:t>
      </w:r>
      <w:proofErr w:type="spellEnd"/>
      <w:r>
        <w:t xml:space="preserve"> de lanternes </w:t>
      </w:r>
      <w:proofErr w:type="spellStart"/>
      <w:r>
        <w:t>célestes</w:t>
      </w:r>
      <w:proofErr w:type="spellEnd"/>
    </w:p>
    <w:p w14:paraId="676B770B" w14:textId="77777777" w:rsidR="005A0EFB" w:rsidRDefault="005A0EFB" w:rsidP="009245AE">
      <w:pPr>
        <w:spacing w:after="0" w:line="240" w:lineRule="auto"/>
      </w:pPr>
    </w:p>
    <w:p w14:paraId="6E773C82" w14:textId="072ADEA6" w:rsidR="005A0EFB" w:rsidRDefault="005A0EFB" w:rsidP="009245AE">
      <w:pPr>
        <w:spacing w:after="0" w:line="240" w:lineRule="auto"/>
        <w:rPr>
          <w:b/>
          <w:bCs/>
        </w:rPr>
      </w:pPr>
      <w:r>
        <w:rPr>
          <w:b/>
          <w:bCs/>
        </w:rPr>
        <w:t>Vente et/</w:t>
      </w:r>
      <w:proofErr w:type="spellStart"/>
      <w:r>
        <w:rPr>
          <w:b/>
          <w:bCs/>
        </w:rPr>
        <w:t>ou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consommation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d’alcool</w:t>
      </w:r>
      <w:proofErr w:type="spellEnd"/>
      <w:r>
        <w:rPr>
          <w:b/>
          <w:bCs/>
        </w:rPr>
        <w:t xml:space="preserve">: </w:t>
      </w:r>
      <w:proofErr w:type="spellStart"/>
      <w:r>
        <w:rPr>
          <w:b/>
          <w:bCs/>
        </w:rPr>
        <w:t>oui</w:t>
      </w:r>
      <w:proofErr w:type="spellEnd"/>
      <w:r>
        <w:rPr>
          <w:b/>
          <w:bCs/>
        </w:rPr>
        <w:t xml:space="preserve"> / non</w:t>
      </w:r>
    </w:p>
    <w:p w14:paraId="1059AFB6" w14:textId="77777777" w:rsidR="005A0EFB" w:rsidRDefault="005A0EFB" w:rsidP="009245AE">
      <w:pPr>
        <w:spacing w:after="0" w:line="240" w:lineRule="auto"/>
      </w:pPr>
    </w:p>
    <w:p w14:paraId="77229D71" w14:textId="45C6F0A9" w:rsidR="005A0EFB" w:rsidRPr="005A0EFB" w:rsidRDefault="005A0EFB" w:rsidP="009245AE">
      <w:pPr>
        <w:spacing w:after="0" w:line="240" w:lineRule="auto"/>
        <w:rPr>
          <w:b/>
          <w:bCs/>
        </w:rPr>
      </w:pPr>
      <w:r w:rsidRPr="005A0EFB">
        <w:rPr>
          <w:b/>
          <w:bCs/>
        </w:rPr>
        <w:t xml:space="preserve">Diffusion de musique sur de </w:t>
      </w:r>
      <w:proofErr w:type="spellStart"/>
      <w:r w:rsidRPr="005A0EFB">
        <w:rPr>
          <w:b/>
          <w:bCs/>
        </w:rPr>
        <w:t>domaine</w:t>
      </w:r>
      <w:proofErr w:type="spellEnd"/>
      <w:r w:rsidRPr="005A0EFB">
        <w:rPr>
          <w:b/>
          <w:bCs/>
        </w:rPr>
        <w:t xml:space="preserve"> </w:t>
      </w:r>
      <w:proofErr w:type="gramStart"/>
      <w:r w:rsidRPr="005A0EFB">
        <w:rPr>
          <w:b/>
          <w:bCs/>
        </w:rPr>
        <w:t>public :</w:t>
      </w:r>
      <w:proofErr w:type="gramEnd"/>
      <w:r w:rsidRPr="005A0EFB">
        <w:rPr>
          <w:b/>
          <w:bCs/>
        </w:rPr>
        <w:t xml:space="preserve"> </w:t>
      </w:r>
      <w:proofErr w:type="spellStart"/>
      <w:r w:rsidRPr="005A0EFB">
        <w:rPr>
          <w:b/>
          <w:bCs/>
        </w:rPr>
        <w:t>oui</w:t>
      </w:r>
      <w:proofErr w:type="spellEnd"/>
      <w:r w:rsidRPr="005A0EFB">
        <w:rPr>
          <w:b/>
          <w:bCs/>
        </w:rPr>
        <w:t xml:space="preserve"> / non  </w:t>
      </w:r>
    </w:p>
    <w:p w14:paraId="01D14D56" w14:textId="51BCFC2C" w:rsidR="004A6D22" w:rsidRDefault="001169CC" w:rsidP="009245AE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7FE3684" wp14:editId="75AC5CAC">
                <wp:simplePos x="0" y="0"/>
                <wp:positionH relativeFrom="column">
                  <wp:posOffset>-134801</wp:posOffset>
                </wp:positionH>
                <wp:positionV relativeFrom="paragraph">
                  <wp:posOffset>149497</wp:posOffset>
                </wp:positionV>
                <wp:extent cx="6596198" cy="6255476"/>
                <wp:effectExtent l="57150" t="19050" r="71755" b="88265"/>
                <wp:wrapNone/>
                <wp:docPr id="80897634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6198" cy="62554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24A20" id="Rectangle 1" o:spid="_x0000_s1026" style="position:absolute;margin-left:-10.6pt;margin-top:11.75pt;width:519.4pt;height:492.5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" fillcolor="white [3212]" strokecolor="black [3213]">
                <v:shadow on="t" color="black" opacity="22937f" origin=",.5" offset="0,.63889mm"/>
              </v:rect>
            </w:pict>
          </mc:Fallback>
        </mc:AlternateContent>
      </w:r>
      <w:r>
        <w:t xml:space="preserve"> </w:t>
      </w:r>
    </w:p>
    <w:p w14:paraId="559087ED" w14:textId="24F90568" w:rsidR="004A6D22" w:rsidRDefault="00494BA5" w:rsidP="009245AE">
      <w:pPr>
        <w:spacing w:after="0" w:line="240" w:lineRule="auto"/>
      </w:pPr>
      <w:r>
        <w:t xml:space="preserve"> </w:t>
      </w:r>
    </w:p>
    <w:p w14:paraId="2FC52254" w14:textId="5A23082A" w:rsidR="004A6D22" w:rsidRDefault="00494BA5" w:rsidP="009245AE">
      <w:pPr>
        <w:spacing w:after="0" w:line="240" w:lineRule="auto"/>
      </w:pPr>
      <w:proofErr w:type="spellStart"/>
      <w:r>
        <w:t>Localisation</w:t>
      </w:r>
      <w:proofErr w:type="spellEnd"/>
      <w:r>
        <w:t xml:space="preserve"> de la manifestation (le plan de situation </w:t>
      </w:r>
      <w:proofErr w:type="spellStart"/>
      <w:r>
        <w:t>reproduit</w:t>
      </w:r>
      <w:proofErr w:type="spellEnd"/>
      <w:r>
        <w:t xml:space="preserve"> ci-dessous doit </w:t>
      </w:r>
      <w:proofErr w:type="spellStart"/>
      <w:r>
        <w:t>reprendre</w:t>
      </w:r>
      <w:proofErr w:type="spellEnd"/>
      <w:r>
        <w:t xml:space="preserve"> </w:t>
      </w:r>
      <w:proofErr w:type="spellStart"/>
      <w:r w:rsidR="00363293">
        <w:t>l’ensemble</w:t>
      </w:r>
      <w:proofErr w:type="spellEnd"/>
      <w:r w:rsidR="00363293">
        <w:t xml:space="preserve"> des installations </w:t>
      </w:r>
      <w:proofErr w:type="spellStart"/>
      <w:r w:rsidR="00363293">
        <w:t>prévues</w:t>
      </w:r>
      <w:proofErr w:type="spellEnd"/>
      <w:r w:rsidR="00363293">
        <w:t xml:space="preserve"> ci-dessus) </w:t>
      </w:r>
    </w:p>
    <w:p w14:paraId="38C2C76F" w14:textId="77777777" w:rsidR="004A6D22" w:rsidRDefault="004A6D22" w:rsidP="009245AE">
      <w:pPr>
        <w:spacing w:after="0" w:line="240" w:lineRule="auto"/>
      </w:pPr>
    </w:p>
    <w:p w14:paraId="2369BBC7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2A557B97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2C730F79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55255099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1391EDE7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6060751B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6F7983DE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23C4CD8B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500E0491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44D21BEC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4B860021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6EBFD232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4FEFAAB2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3874431C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5F3F57D8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1C19EF09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29F3DF86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0BD2D473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322CFF2B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0345E1BA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2AF14C87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6EBC9896" w14:textId="388B6021" w:rsidR="004A6D22" w:rsidRDefault="004A6D22" w:rsidP="009245AE">
      <w:pPr>
        <w:spacing w:after="0" w:line="240" w:lineRule="auto"/>
      </w:pPr>
    </w:p>
    <w:p w14:paraId="5436AF19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762FC90D" w14:textId="42AA332C" w:rsidR="009245AE" w:rsidRDefault="00494BA5" w:rsidP="00673D4E">
      <w:pPr>
        <w:spacing w:after="0" w:line="240" w:lineRule="auto"/>
      </w:pPr>
      <w:r>
        <w:t xml:space="preserve"> </w:t>
      </w:r>
    </w:p>
    <w:p w14:paraId="2AC9F5AE" w14:textId="77777777" w:rsidR="001169CC" w:rsidRDefault="001169CC" w:rsidP="009245AE">
      <w:pPr>
        <w:spacing w:after="0" w:line="240" w:lineRule="auto"/>
      </w:pPr>
    </w:p>
    <w:p w14:paraId="3AD67149" w14:textId="77777777" w:rsidR="001169CC" w:rsidRDefault="001169CC" w:rsidP="009245AE">
      <w:pPr>
        <w:spacing w:after="0" w:line="240" w:lineRule="auto"/>
      </w:pPr>
    </w:p>
    <w:p w14:paraId="4D8995F7" w14:textId="77777777" w:rsidR="001169CC" w:rsidRDefault="001169CC" w:rsidP="009245AE">
      <w:pPr>
        <w:spacing w:after="0" w:line="240" w:lineRule="auto"/>
      </w:pPr>
    </w:p>
    <w:p w14:paraId="0165A09B" w14:textId="77777777" w:rsidR="001169CC" w:rsidRDefault="001169CC" w:rsidP="009245AE">
      <w:pPr>
        <w:spacing w:after="0" w:line="240" w:lineRule="auto"/>
      </w:pPr>
    </w:p>
    <w:p w14:paraId="49AD2815" w14:textId="77777777" w:rsidR="001169CC" w:rsidRDefault="001169CC" w:rsidP="009245AE">
      <w:pPr>
        <w:spacing w:after="0" w:line="240" w:lineRule="auto"/>
      </w:pPr>
    </w:p>
    <w:p w14:paraId="5A5424FC" w14:textId="77777777" w:rsidR="001169CC" w:rsidRDefault="001169CC" w:rsidP="009245AE">
      <w:pPr>
        <w:spacing w:after="0" w:line="240" w:lineRule="auto"/>
      </w:pPr>
    </w:p>
    <w:p w14:paraId="6A08CB40" w14:textId="77777777" w:rsidR="001169CC" w:rsidRDefault="001169CC" w:rsidP="009245AE">
      <w:pPr>
        <w:spacing w:after="0" w:line="240" w:lineRule="auto"/>
      </w:pPr>
    </w:p>
    <w:p w14:paraId="091EBCE2" w14:textId="77777777" w:rsidR="001169CC" w:rsidRDefault="001169CC" w:rsidP="009245AE">
      <w:pPr>
        <w:spacing w:after="0" w:line="240" w:lineRule="auto"/>
      </w:pPr>
    </w:p>
    <w:p w14:paraId="0313E1D9" w14:textId="77777777" w:rsidR="001169CC" w:rsidRDefault="001169CC" w:rsidP="009245AE">
      <w:pPr>
        <w:spacing w:after="0" w:line="240" w:lineRule="auto"/>
      </w:pPr>
    </w:p>
    <w:p w14:paraId="24C009B5" w14:textId="77777777" w:rsidR="001169CC" w:rsidRDefault="001169CC" w:rsidP="009245AE">
      <w:pPr>
        <w:spacing w:after="0" w:line="240" w:lineRule="auto"/>
      </w:pPr>
    </w:p>
    <w:p w14:paraId="3CD7E3C0" w14:textId="77777777" w:rsidR="001169CC" w:rsidRDefault="001169CC" w:rsidP="009245AE">
      <w:pPr>
        <w:spacing w:after="0" w:line="240" w:lineRule="auto"/>
      </w:pPr>
    </w:p>
    <w:p w14:paraId="795EC45D" w14:textId="5609DC36" w:rsidR="004A6D22" w:rsidRDefault="00494BA5" w:rsidP="009245AE">
      <w:pPr>
        <w:spacing w:after="0" w:line="240" w:lineRule="auto"/>
      </w:pPr>
      <w:r>
        <w:t xml:space="preserve">Dispositions </w:t>
      </w:r>
      <w:proofErr w:type="spellStart"/>
      <w:proofErr w:type="gramStart"/>
      <w:r>
        <w:t>prises</w:t>
      </w:r>
      <w:proofErr w:type="spellEnd"/>
      <w:proofErr w:type="gramEnd"/>
      <w:r w:rsidR="009245AE">
        <w:t xml:space="preserve"> </w:t>
      </w:r>
      <w:r>
        <w:t xml:space="preserve">par </w:t>
      </w:r>
      <w:proofErr w:type="spellStart"/>
      <w:r>
        <w:t>l</w:t>
      </w:r>
      <w:r w:rsidR="009245AE">
        <w:t>’</w:t>
      </w:r>
      <w:r>
        <w:t>organisateur</w:t>
      </w:r>
      <w:proofErr w:type="spellEnd"/>
      <w:r>
        <w:t xml:space="preserve"> en matière de </w:t>
      </w:r>
      <w:proofErr w:type="spellStart"/>
      <w:r>
        <w:t>prévention</w:t>
      </w:r>
      <w:proofErr w:type="spellEnd"/>
      <w:r>
        <w:t xml:space="preserve"> et de sécurité</w:t>
      </w:r>
    </w:p>
    <w:p w14:paraId="27C5BC5F" w14:textId="2240FDD9" w:rsidR="004A6D22" w:rsidRDefault="00494BA5" w:rsidP="009245AE">
      <w:pPr>
        <w:spacing w:after="0" w:line="240" w:lineRule="auto"/>
      </w:pPr>
      <w:r>
        <w:t xml:space="preserve"> ........................................................................................................................................................................................................</w:t>
      </w:r>
    </w:p>
    <w:p w14:paraId="19724DBC" w14:textId="2F440CD4" w:rsidR="004A6D22" w:rsidRDefault="00494BA5" w:rsidP="009245AE">
      <w:pPr>
        <w:spacing w:after="0" w:line="240" w:lineRule="auto"/>
      </w:pPr>
      <w:r>
        <w:t>.................................................................................................. .....................................................................................................</w:t>
      </w:r>
    </w:p>
    <w:p w14:paraId="1893CF08" w14:textId="77777777" w:rsidR="009245AE" w:rsidRDefault="00494BA5" w:rsidP="009245AE">
      <w:pPr>
        <w:spacing w:after="0" w:line="240" w:lineRule="auto"/>
      </w:pPr>
      <w:proofErr w:type="spellStart"/>
      <w:r>
        <w:lastRenderedPageBreak/>
        <w:t>Références</w:t>
      </w:r>
      <w:proofErr w:type="spellEnd"/>
      <w:r>
        <w:t xml:space="preserve"> du </w:t>
      </w:r>
      <w:proofErr w:type="spellStart"/>
      <w:r>
        <w:t>contrat</w:t>
      </w:r>
      <w:proofErr w:type="spellEnd"/>
      <w:r>
        <w:t xml:space="preserve"> </w:t>
      </w:r>
      <w:proofErr w:type="spellStart"/>
      <w:r>
        <w:t>d</w:t>
      </w:r>
      <w:r w:rsidR="009245AE">
        <w:t>’</w:t>
      </w:r>
      <w:r>
        <w:t>assurance</w:t>
      </w:r>
      <w:proofErr w:type="spellEnd"/>
      <w:r>
        <w:t xml:space="preserve"> </w:t>
      </w:r>
      <w:proofErr w:type="spellStart"/>
      <w:r>
        <w:t>couvrant</w:t>
      </w:r>
      <w:proofErr w:type="spellEnd"/>
      <w:r>
        <w:t xml:space="preserve"> la </w:t>
      </w:r>
      <w:proofErr w:type="spellStart"/>
      <w:r>
        <w:t>responsabilité</w:t>
      </w:r>
      <w:proofErr w:type="spellEnd"/>
      <w:r>
        <w:t xml:space="preserve"> civile de </w:t>
      </w:r>
      <w:proofErr w:type="spellStart"/>
      <w:r>
        <w:t>l</w:t>
      </w:r>
      <w:r w:rsidR="009245AE">
        <w:t>’</w:t>
      </w:r>
      <w:r>
        <w:t>organisateur</w:t>
      </w:r>
      <w:proofErr w:type="spellEnd"/>
      <w:r>
        <w:t xml:space="preserve"> </w:t>
      </w:r>
    </w:p>
    <w:p w14:paraId="245F8D63" w14:textId="54749C0F" w:rsidR="004A6D22" w:rsidRDefault="00494BA5" w:rsidP="009245AE">
      <w:pPr>
        <w:spacing w:after="0" w:line="240" w:lineRule="auto"/>
      </w:pPr>
      <w:r>
        <w:t xml:space="preserve">Compagnie </w:t>
      </w:r>
      <w:proofErr w:type="spellStart"/>
      <w:proofErr w:type="gramStart"/>
      <w:r>
        <w:t>d</w:t>
      </w:r>
      <w:r w:rsidR="009245AE">
        <w:t>’</w:t>
      </w:r>
      <w:r>
        <w:t>assurance</w:t>
      </w:r>
      <w:proofErr w:type="spellEnd"/>
      <w:r>
        <w:t xml:space="preserve"> :</w:t>
      </w:r>
      <w:proofErr w:type="gramEnd"/>
      <w:r>
        <w:t xml:space="preserve"> ........................................................................................................... </w:t>
      </w:r>
    </w:p>
    <w:p w14:paraId="3ECA341D" w14:textId="76CFC7A4" w:rsidR="005A0EFB" w:rsidRDefault="00494BA5" w:rsidP="005A0EFB">
      <w:pPr>
        <w:spacing w:after="0" w:line="240" w:lineRule="auto"/>
      </w:pPr>
      <w:r>
        <w:t xml:space="preserve">N° du </w:t>
      </w:r>
      <w:proofErr w:type="gramStart"/>
      <w:r>
        <w:t>contrat :</w:t>
      </w:r>
      <w:proofErr w:type="gramEnd"/>
      <w:r>
        <w:t xml:space="preserve"> ............................................................................................................................. </w:t>
      </w:r>
    </w:p>
    <w:p w14:paraId="33A31120" w14:textId="77777777" w:rsidR="005A0EFB" w:rsidRPr="005A0EFB" w:rsidRDefault="005A0EFB" w:rsidP="005A0EFB">
      <w:pPr>
        <w:spacing w:after="0" w:line="240" w:lineRule="auto"/>
      </w:pPr>
    </w:p>
    <w:p w14:paraId="23F38B7E" w14:textId="2D6D96D5" w:rsidR="004A6D22" w:rsidRPr="005A0EFB" w:rsidRDefault="009245AE" w:rsidP="005A0EFB">
      <w:pPr>
        <w:pStyle w:val="Paragraphedeliste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99"/>
        <w:spacing w:after="0" w:line="240" w:lineRule="auto"/>
        <w:rPr>
          <w:b/>
          <w:bCs/>
        </w:rPr>
      </w:pPr>
      <w:r w:rsidRPr="00494BA5">
        <w:rPr>
          <w:b/>
          <w:bCs/>
        </w:rPr>
        <w:t xml:space="preserve">DOCUMENT À JOINDRE AU FORMAULAIRE </w:t>
      </w:r>
    </w:p>
    <w:p w14:paraId="642E19C8" w14:textId="6FF0CC3B" w:rsidR="004A6D22" w:rsidRDefault="00494BA5" w:rsidP="009245AE">
      <w:pPr>
        <w:spacing w:after="0" w:line="240" w:lineRule="auto"/>
      </w:pPr>
      <w:r>
        <w:t xml:space="preserve">En </w:t>
      </w:r>
      <w:proofErr w:type="spellStart"/>
      <w:r>
        <w:t>cas</w:t>
      </w:r>
      <w:proofErr w:type="spellEnd"/>
      <w:r>
        <w:t xml:space="preserve"> de </w:t>
      </w:r>
      <w:proofErr w:type="gramStart"/>
      <w:r>
        <w:t>vente :</w:t>
      </w:r>
      <w:proofErr w:type="gramEnd"/>
      <w:r>
        <w:t xml:space="preserve"> </w:t>
      </w:r>
    </w:p>
    <w:p w14:paraId="2D04FEDC" w14:textId="472ACD6B" w:rsidR="004A6D22" w:rsidRDefault="00494BA5" w:rsidP="009245AE">
      <w:pPr>
        <w:spacing w:after="0" w:line="240" w:lineRule="auto"/>
      </w:pPr>
      <w:r>
        <w:t xml:space="preserve">- Une copie de la carte </w:t>
      </w:r>
      <w:proofErr w:type="spellStart"/>
      <w:r>
        <w:t>d</w:t>
      </w:r>
      <w:r w:rsidR="009245AE">
        <w:t>’</w:t>
      </w:r>
      <w:r>
        <w:t>autorisation</w:t>
      </w:r>
      <w:proofErr w:type="spellEnd"/>
      <w:r>
        <w:t xml:space="preserve"> </w:t>
      </w:r>
      <w:proofErr w:type="spellStart"/>
      <w:proofErr w:type="gramStart"/>
      <w:r w:rsidR="009245AE">
        <w:t>d‘</w:t>
      </w:r>
      <w:proofErr w:type="gramEnd"/>
      <w:r>
        <w:t>activité</w:t>
      </w:r>
      <w:proofErr w:type="spellEnd"/>
      <w:r>
        <w:t xml:space="preserve"> </w:t>
      </w:r>
      <w:proofErr w:type="spellStart"/>
      <w:r>
        <w:t>ambulante</w:t>
      </w:r>
      <w:proofErr w:type="spellEnd"/>
      <w:r>
        <w:t xml:space="preserve"> </w:t>
      </w:r>
    </w:p>
    <w:p w14:paraId="528B6268" w14:textId="48C1BF05" w:rsidR="004A6D22" w:rsidRDefault="00494BA5" w:rsidP="009245AE">
      <w:pPr>
        <w:spacing w:after="0" w:line="240" w:lineRule="auto"/>
      </w:pPr>
      <w:r>
        <w:t xml:space="preserve">- Une attestation de </w:t>
      </w:r>
      <w:proofErr w:type="spellStart"/>
      <w:r>
        <w:t>souscription</w:t>
      </w:r>
      <w:proofErr w:type="spellEnd"/>
      <w:r>
        <w:t xml:space="preserve"> </w:t>
      </w:r>
      <w:proofErr w:type="spellStart"/>
      <w:r>
        <w:t>d</w:t>
      </w:r>
      <w:r w:rsidR="009245AE">
        <w:t>’</w:t>
      </w:r>
      <w:r>
        <w:t>assurances</w:t>
      </w:r>
      <w:proofErr w:type="spellEnd"/>
      <w:r>
        <w:t>, RC et/</w:t>
      </w:r>
      <w:proofErr w:type="spellStart"/>
      <w:r>
        <w:t>ou</w:t>
      </w:r>
      <w:proofErr w:type="spellEnd"/>
      <w:r>
        <w:t xml:space="preserve"> </w:t>
      </w:r>
      <w:proofErr w:type="spellStart"/>
      <w:r>
        <w:t>incendie</w:t>
      </w:r>
      <w:proofErr w:type="spellEnd"/>
      <w:r>
        <w:t xml:space="preserve"> </w:t>
      </w:r>
    </w:p>
    <w:p w14:paraId="04188F47" w14:textId="31C54D06" w:rsidR="004A6D22" w:rsidRDefault="00494BA5" w:rsidP="009245AE">
      <w:pPr>
        <w:spacing w:after="0" w:line="240" w:lineRule="auto"/>
      </w:pPr>
      <w:r>
        <w:t xml:space="preserve">- Une attestation du bon </w:t>
      </w:r>
      <w:proofErr w:type="spellStart"/>
      <w:r>
        <w:t>fonctionnement</w:t>
      </w:r>
      <w:proofErr w:type="spellEnd"/>
      <w:r>
        <w:t xml:space="preserve"> </w:t>
      </w:r>
      <w:proofErr w:type="spellStart"/>
      <w:r>
        <w:t>d™extincteurs</w:t>
      </w:r>
      <w:proofErr w:type="spellEnd"/>
      <w:r>
        <w:t xml:space="preserve"> </w:t>
      </w:r>
    </w:p>
    <w:p w14:paraId="3D3D5AC1" w14:textId="0B567F2E" w:rsidR="004A6D22" w:rsidRDefault="00494BA5" w:rsidP="009245AE">
      <w:pPr>
        <w:spacing w:after="0" w:line="240" w:lineRule="auto"/>
      </w:pPr>
      <w:r>
        <w:t xml:space="preserve">- Une </w:t>
      </w:r>
      <w:proofErr w:type="spellStart"/>
      <w:r>
        <w:t>copie</w:t>
      </w:r>
      <w:proofErr w:type="spellEnd"/>
      <w:r>
        <w:t xml:space="preserve"> du procès-verbal </w:t>
      </w:r>
      <w:proofErr w:type="spellStart"/>
      <w:r>
        <w:t>d</w:t>
      </w:r>
      <w:r w:rsidR="009245AE">
        <w:t>’</w:t>
      </w:r>
      <w:r>
        <w:t>examen</w:t>
      </w:r>
      <w:proofErr w:type="spellEnd"/>
      <w:r>
        <w:t xml:space="preserve"> de </w:t>
      </w:r>
      <w:proofErr w:type="spellStart"/>
      <w:r>
        <w:t>conformité</w:t>
      </w:r>
      <w:proofErr w:type="spellEnd"/>
    </w:p>
    <w:p w14:paraId="32D983A2" w14:textId="2E7AA2D3" w:rsidR="004A6D22" w:rsidRDefault="00494BA5" w:rsidP="009245AE">
      <w:pPr>
        <w:spacing w:after="0" w:line="240" w:lineRule="auto"/>
      </w:pPr>
      <w:r>
        <w:t xml:space="preserve"> et/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visite</w:t>
      </w:r>
      <w:proofErr w:type="spellEnd"/>
      <w:r>
        <w:t xml:space="preserve"> de </w:t>
      </w:r>
      <w:proofErr w:type="spellStart"/>
      <w:r>
        <w:t>contrôle</w:t>
      </w:r>
      <w:proofErr w:type="spellEnd"/>
      <w:r w:rsidR="009245AE">
        <w:t xml:space="preserve"> </w:t>
      </w:r>
      <w:proofErr w:type="spellStart"/>
      <w:r>
        <w:t>d</w:t>
      </w:r>
      <w:r w:rsidR="009245AE">
        <w:t>’</w:t>
      </w:r>
      <w:r>
        <w:t>une</w:t>
      </w:r>
      <w:proofErr w:type="spellEnd"/>
      <w:r>
        <w:t xml:space="preserve"> installation </w:t>
      </w:r>
      <w:proofErr w:type="spellStart"/>
      <w:r>
        <w:t>électrique</w:t>
      </w:r>
      <w:proofErr w:type="spellEnd"/>
      <w:r>
        <w:t xml:space="preserve"> par un </w:t>
      </w:r>
      <w:proofErr w:type="spellStart"/>
      <w:r>
        <w:t>organisme</w:t>
      </w:r>
      <w:proofErr w:type="spellEnd"/>
      <w:r>
        <w:t xml:space="preserve"> de </w:t>
      </w:r>
      <w:proofErr w:type="spellStart"/>
      <w:r>
        <w:t>contrôle</w:t>
      </w:r>
      <w:proofErr w:type="spellEnd"/>
      <w:r>
        <w:t xml:space="preserve"> </w:t>
      </w:r>
      <w:proofErr w:type="spellStart"/>
      <w:r>
        <w:t>agréé</w:t>
      </w:r>
      <w:proofErr w:type="spellEnd"/>
      <w:r>
        <w:t xml:space="preserve"> </w:t>
      </w:r>
    </w:p>
    <w:p w14:paraId="5D9BA914" w14:textId="77777777" w:rsidR="004A6D22" w:rsidRDefault="00494BA5" w:rsidP="009245AE">
      <w:pPr>
        <w:spacing w:after="0" w:line="240" w:lineRule="auto"/>
      </w:pPr>
      <w:r>
        <w:t>- Une copie du procès-verbal d™examen de conformité</w:t>
      </w:r>
    </w:p>
    <w:p w14:paraId="017C0286" w14:textId="3407B9B6" w:rsidR="004A6D22" w:rsidRDefault="00494BA5" w:rsidP="009245AE">
      <w:pPr>
        <w:spacing w:after="0" w:line="240" w:lineRule="auto"/>
      </w:pPr>
      <w:r>
        <w:t xml:space="preserve"> et/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visite</w:t>
      </w:r>
      <w:proofErr w:type="spellEnd"/>
      <w:r>
        <w:t xml:space="preserve"> de </w:t>
      </w:r>
      <w:proofErr w:type="spellStart"/>
      <w:r>
        <w:t>contrôle</w:t>
      </w:r>
      <w:proofErr w:type="spellEnd"/>
      <w:r>
        <w:t xml:space="preserve"> </w:t>
      </w:r>
      <w:proofErr w:type="spellStart"/>
      <w:r>
        <w:t>d</w:t>
      </w:r>
      <w:r w:rsidR="009245AE">
        <w:t>’</w:t>
      </w:r>
      <w:r>
        <w:t>une</w:t>
      </w:r>
      <w:proofErr w:type="spellEnd"/>
      <w:r>
        <w:t xml:space="preserve"> installation de </w:t>
      </w:r>
      <w:proofErr w:type="spellStart"/>
      <w:r>
        <w:t>gaz</w:t>
      </w:r>
      <w:proofErr w:type="spellEnd"/>
      <w:r>
        <w:t xml:space="preserve"> par un </w:t>
      </w:r>
      <w:proofErr w:type="spellStart"/>
      <w:r>
        <w:t>organisme</w:t>
      </w:r>
      <w:proofErr w:type="spellEnd"/>
      <w:r>
        <w:t xml:space="preserve"> de </w:t>
      </w:r>
      <w:proofErr w:type="spellStart"/>
      <w:r>
        <w:t>contrôle</w:t>
      </w:r>
      <w:proofErr w:type="spellEnd"/>
      <w:r>
        <w:t xml:space="preserve"> </w:t>
      </w:r>
      <w:proofErr w:type="spellStart"/>
      <w:r>
        <w:t>agréé</w:t>
      </w:r>
      <w:proofErr w:type="spellEnd"/>
      <w:r>
        <w:t xml:space="preserve"> </w:t>
      </w:r>
    </w:p>
    <w:p w14:paraId="0D797040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06D4091E" w14:textId="77777777" w:rsidR="004A6D22" w:rsidRDefault="004A6D22" w:rsidP="009245AE">
      <w:pPr>
        <w:spacing w:after="0" w:line="240" w:lineRule="auto"/>
      </w:pPr>
    </w:p>
    <w:p w14:paraId="0BF51662" w14:textId="1E6FA86D" w:rsidR="004A6D22" w:rsidRDefault="00494BA5" w:rsidP="009245AE">
      <w:pPr>
        <w:spacing w:after="0" w:line="240" w:lineRule="auto"/>
      </w:pPr>
      <w:r>
        <w:t xml:space="preserve">Le </w:t>
      </w:r>
      <w:proofErr w:type="spellStart"/>
      <w:r>
        <w:t>demandeur</w:t>
      </w:r>
      <w:proofErr w:type="spellEnd"/>
      <w:r>
        <w:t xml:space="preserve"> </w:t>
      </w:r>
      <w:proofErr w:type="spellStart"/>
      <w:r>
        <w:t>reconnaît</w:t>
      </w:r>
      <w:proofErr w:type="spellEnd"/>
      <w:r>
        <w:t xml:space="preserve"> </w:t>
      </w:r>
      <w:proofErr w:type="spellStart"/>
      <w:r>
        <w:t>avoir</w:t>
      </w:r>
      <w:proofErr w:type="spellEnd"/>
      <w:r>
        <w:t xml:space="preserve"> pris </w:t>
      </w:r>
      <w:proofErr w:type="spellStart"/>
      <w:r>
        <w:t>connaissance</w:t>
      </w:r>
      <w:proofErr w:type="spellEnd"/>
      <w:r>
        <w:t xml:space="preserve"> du </w:t>
      </w:r>
      <w:proofErr w:type="spellStart"/>
      <w:r>
        <w:t>Règlement</w:t>
      </w:r>
      <w:proofErr w:type="spellEnd"/>
      <w:r>
        <w:t xml:space="preserve"> de police </w:t>
      </w:r>
      <w:proofErr w:type="spellStart"/>
      <w:r>
        <w:t>relatif</w:t>
      </w:r>
      <w:proofErr w:type="spellEnd"/>
      <w:r>
        <w:t xml:space="preserve"> à la protection </w:t>
      </w:r>
      <w:proofErr w:type="spellStart"/>
      <w:r>
        <w:t>contre</w:t>
      </w:r>
      <w:proofErr w:type="spellEnd"/>
      <w:r>
        <w:t xml:space="preserve"> </w:t>
      </w:r>
      <w:proofErr w:type="spellStart"/>
      <w:r w:rsidR="009245AE">
        <w:t>l’</w:t>
      </w:r>
      <w:r>
        <w:t>incendie</w:t>
      </w:r>
      <w:proofErr w:type="spellEnd"/>
      <w:r>
        <w:t xml:space="preserve"> et </w:t>
      </w:r>
      <w:proofErr w:type="spellStart"/>
      <w:r>
        <w:t>l</w:t>
      </w:r>
      <w:r w:rsidR="009245AE">
        <w:t>’</w:t>
      </w:r>
      <w:r>
        <w:t>explosion</w:t>
      </w:r>
      <w:proofErr w:type="spellEnd"/>
      <w:r>
        <w:t xml:space="preserve">. </w:t>
      </w:r>
    </w:p>
    <w:p w14:paraId="54687485" w14:textId="77777777" w:rsidR="004A6D22" w:rsidRDefault="004A6D22" w:rsidP="009245AE">
      <w:pPr>
        <w:spacing w:after="0" w:line="240" w:lineRule="auto"/>
      </w:pPr>
    </w:p>
    <w:p w14:paraId="45C0E02B" w14:textId="7471D77E" w:rsidR="004A6D22" w:rsidRDefault="00494BA5" w:rsidP="009245AE">
      <w:pPr>
        <w:spacing w:after="0" w:line="240" w:lineRule="auto"/>
      </w:pPr>
      <w:r>
        <w:t xml:space="preserve">Ce document est disponible sur le site internet de la </w:t>
      </w:r>
      <w:r w:rsidR="009245AE">
        <w:t>commune de Braine-le-Château</w:t>
      </w:r>
      <w:r>
        <w:t xml:space="preserve"> à </w:t>
      </w:r>
      <w:proofErr w:type="spellStart"/>
      <w:r w:rsidR="009245AE">
        <w:t>l’</w:t>
      </w:r>
      <w:r>
        <w:t>adresse</w:t>
      </w:r>
      <w:proofErr w:type="spellEnd"/>
      <w:r>
        <w:t xml:space="preserve"> </w:t>
      </w:r>
      <w:proofErr w:type="spellStart"/>
      <w:r>
        <w:t>suivante</w:t>
      </w:r>
      <w:proofErr w:type="spellEnd"/>
      <w:r>
        <w:t xml:space="preserve"> </w:t>
      </w:r>
    </w:p>
    <w:p w14:paraId="13649DAD" w14:textId="3E2F41F0" w:rsidR="004A6D22" w:rsidRDefault="00494BA5" w:rsidP="009245AE">
      <w:pPr>
        <w:spacing w:after="0" w:line="240" w:lineRule="auto"/>
      </w:pPr>
      <w:r>
        <w:t>www.</w:t>
      </w:r>
      <w:r w:rsidR="009245AE">
        <w:t>braine-le-chateau</w:t>
      </w:r>
      <w:r>
        <w:t>.be</w:t>
      </w:r>
    </w:p>
    <w:p w14:paraId="1601B756" w14:textId="77777777" w:rsidR="004A6D22" w:rsidRDefault="00494BA5" w:rsidP="009245AE">
      <w:pPr>
        <w:spacing w:after="0" w:line="240" w:lineRule="auto"/>
      </w:pPr>
      <w:r>
        <w:t xml:space="preserve">   </w:t>
      </w:r>
    </w:p>
    <w:p w14:paraId="5AE32EA4" w14:textId="36015D78" w:rsidR="004A6D22" w:rsidRDefault="004A6D22" w:rsidP="009245AE">
      <w:pPr>
        <w:spacing w:after="0" w:line="240" w:lineRule="auto"/>
      </w:pPr>
    </w:p>
    <w:p w14:paraId="362D4276" w14:textId="41021B7C" w:rsidR="004A6D22" w:rsidRDefault="00494BA5" w:rsidP="009245AE">
      <w:pPr>
        <w:spacing w:after="0" w:line="240" w:lineRule="auto"/>
      </w:pPr>
      <w:r>
        <w:t xml:space="preserve">Fait </w:t>
      </w:r>
      <w:proofErr w:type="gramStart"/>
      <w:r>
        <w:t>à :</w:t>
      </w:r>
      <w:proofErr w:type="gramEnd"/>
      <w:r>
        <w:t xml:space="preserve"> ..........................................................., le .................................................................... </w:t>
      </w:r>
    </w:p>
    <w:p w14:paraId="015B8A81" w14:textId="77777777" w:rsidR="004A6D22" w:rsidRDefault="00494BA5" w:rsidP="009245AE">
      <w:pPr>
        <w:spacing w:after="0" w:line="240" w:lineRule="auto"/>
      </w:pPr>
      <w:r>
        <w:t xml:space="preserve">Signature (organisateur) :  </w:t>
      </w:r>
    </w:p>
    <w:p w14:paraId="2FDD1DFA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37EDAE55" w14:textId="2BC81A9C" w:rsidR="00673D4E" w:rsidRDefault="00494BA5" w:rsidP="009245AE">
      <w:pPr>
        <w:spacing w:after="0" w:line="240" w:lineRule="auto"/>
      </w:pPr>
      <w:r>
        <w:t xml:space="preserve">  </w:t>
      </w:r>
    </w:p>
    <w:p w14:paraId="36B1900A" w14:textId="77777777" w:rsidR="00673D4E" w:rsidRDefault="00673D4E">
      <w:r>
        <w:br w:type="page"/>
      </w:r>
    </w:p>
    <w:p w14:paraId="768A1EAF" w14:textId="77777777" w:rsidR="004A6D22" w:rsidRDefault="004A6D22" w:rsidP="009245AE">
      <w:pPr>
        <w:spacing w:after="0" w:line="240" w:lineRule="auto"/>
      </w:pPr>
    </w:p>
    <w:p w14:paraId="3445D303" w14:textId="77777777" w:rsidR="004A6D22" w:rsidRDefault="004A6D22" w:rsidP="009245AE">
      <w:pPr>
        <w:spacing w:after="0" w:line="240" w:lineRule="auto"/>
      </w:pPr>
    </w:p>
    <w:p w14:paraId="75BCF5A6" w14:textId="587D5B79" w:rsidR="004A6D22" w:rsidRPr="00494BA5" w:rsidRDefault="009245AE" w:rsidP="009245AE">
      <w:pPr>
        <w:pStyle w:val="Paragraphedeliste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99"/>
        <w:spacing w:after="0" w:line="240" w:lineRule="auto"/>
        <w:rPr>
          <w:b/>
          <w:bCs/>
        </w:rPr>
      </w:pPr>
      <w:r w:rsidRPr="00494BA5">
        <w:rPr>
          <w:b/>
          <w:bCs/>
        </w:rPr>
        <w:t>DEMANDE D’AVIS</w:t>
      </w:r>
    </w:p>
    <w:p w14:paraId="6D28E028" w14:textId="77777777" w:rsidR="004A6D22" w:rsidRPr="009245AE" w:rsidRDefault="00494BA5" w:rsidP="009245AE">
      <w:pPr>
        <w:spacing w:after="0" w:line="240" w:lineRule="auto"/>
        <w:rPr>
          <w:b/>
          <w:bCs/>
        </w:rPr>
      </w:pPr>
      <w:r>
        <w:t xml:space="preserve"> </w:t>
      </w:r>
    </w:p>
    <w:p w14:paraId="1138D941" w14:textId="3D69D62E" w:rsidR="004A6D22" w:rsidRPr="009245AE" w:rsidRDefault="00494BA5" w:rsidP="00924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bCs/>
        </w:rPr>
      </w:pPr>
      <w:r w:rsidRPr="009245AE">
        <w:rPr>
          <w:b/>
          <w:bCs/>
        </w:rPr>
        <w:t>Exposé</w:t>
      </w:r>
      <w:r w:rsidR="009245AE" w:rsidRPr="009245AE">
        <w:rPr>
          <w:b/>
          <w:bCs/>
        </w:rPr>
        <w:t xml:space="preserve"> </w:t>
      </w:r>
      <w:r w:rsidRPr="009245AE">
        <w:rPr>
          <w:b/>
          <w:bCs/>
        </w:rPr>
        <w:t xml:space="preserve">de la </w:t>
      </w:r>
      <w:proofErr w:type="spellStart"/>
      <w:r w:rsidRPr="009245AE">
        <w:rPr>
          <w:b/>
          <w:bCs/>
        </w:rPr>
        <w:t>demande</w:t>
      </w:r>
      <w:proofErr w:type="spellEnd"/>
    </w:p>
    <w:p w14:paraId="0BC26C94" w14:textId="204A8731" w:rsidR="004A6D22" w:rsidRDefault="00494BA5" w:rsidP="00924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069126C4" w14:textId="77777777" w:rsidR="00673D4E" w:rsidRDefault="00673D4E" w:rsidP="00924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3CCC1646" w14:textId="1576F3CA" w:rsidR="004A6D22" w:rsidRDefault="004A6D22" w:rsidP="009245AE">
      <w:pPr>
        <w:spacing w:after="0" w:line="240" w:lineRule="auto"/>
      </w:pPr>
    </w:p>
    <w:p w14:paraId="4C631AF4" w14:textId="1BF526F7" w:rsidR="004A6D22" w:rsidRPr="009245AE" w:rsidRDefault="00494BA5" w:rsidP="00924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bCs/>
        </w:rPr>
      </w:pPr>
      <w:r w:rsidRPr="009245AE">
        <w:rPr>
          <w:b/>
          <w:bCs/>
        </w:rPr>
        <w:t xml:space="preserve">Cadre </w:t>
      </w:r>
      <w:proofErr w:type="spellStart"/>
      <w:r w:rsidRPr="009245AE">
        <w:rPr>
          <w:b/>
          <w:bCs/>
        </w:rPr>
        <w:t>réservé</w:t>
      </w:r>
      <w:proofErr w:type="spellEnd"/>
      <w:r w:rsidRPr="009245AE">
        <w:rPr>
          <w:b/>
          <w:bCs/>
        </w:rPr>
        <w:t xml:space="preserve"> au service de police:</w:t>
      </w:r>
    </w:p>
    <w:p w14:paraId="110DE300" w14:textId="77777777" w:rsidR="004A6D22" w:rsidRDefault="00494BA5" w:rsidP="00924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t xml:space="preserve"> </w:t>
      </w:r>
    </w:p>
    <w:p w14:paraId="067623BD" w14:textId="32982F36" w:rsidR="004A6D22" w:rsidRDefault="00494BA5" w:rsidP="00924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proofErr w:type="gramStart"/>
      <w:r>
        <w:t>Avis :</w:t>
      </w:r>
      <w:proofErr w:type="gramEnd"/>
      <w:r>
        <w:t xml:space="preserve"> </w:t>
      </w:r>
      <w:r w:rsidR="009245AE">
        <w:tab/>
      </w:r>
      <w:r>
        <w:t xml:space="preserve">Favorable </w:t>
      </w:r>
      <w:r w:rsidR="009245AE">
        <w:tab/>
      </w:r>
      <w:proofErr w:type="spellStart"/>
      <w:r>
        <w:t>Défavorable</w:t>
      </w:r>
      <w:proofErr w:type="spellEnd"/>
      <w:r>
        <w:t xml:space="preserve"> </w:t>
      </w:r>
    </w:p>
    <w:p w14:paraId="79F0FCCD" w14:textId="1357EC42" w:rsidR="004A6D22" w:rsidRDefault="00494BA5" w:rsidP="00924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proofErr w:type="gramStart"/>
      <w:r>
        <w:t>Commentaires :</w:t>
      </w:r>
      <w:proofErr w:type="gramEnd"/>
      <w:r>
        <w:t xml:space="preserve"> </w:t>
      </w:r>
    </w:p>
    <w:p w14:paraId="739D72B8" w14:textId="71F57DD5" w:rsidR="004A6D22" w:rsidRDefault="00494BA5" w:rsidP="00924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73D4E">
        <w:t>......................................................................................................................................................................</w:t>
      </w:r>
      <w:r>
        <w:t xml:space="preserve"> </w:t>
      </w:r>
    </w:p>
    <w:p w14:paraId="7A46E5AA" w14:textId="77777777" w:rsidR="004A6D22" w:rsidRDefault="00494BA5" w:rsidP="00924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t xml:space="preserve"> </w:t>
      </w:r>
    </w:p>
    <w:p w14:paraId="396D1755" w14:textId="5656A470" w:rsidR="004A6D22" w:rsidRDefault="00494BA5" w:rsidP="00924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proofErr w:type="gramStart"/>
      <w:r>
        <w:t>Date :</w:t>
      </w:r>
      <w:proofErr w:type="gramEnd"/>
      <w:r>
        <w:t xml:space="preserve"> .................................... Nom et signature de </w:t>
      </w:r>
      <w:proofErr w:type="spellStart"/>
      <w:proofErr w:type="gramStart"/>
      <w:r w:rsidR="009245AE">
        <w:t>l’</w:t>
      </w:r>
      <w:r>
        <w:t>agent</w:t>
      </w:r>
      <w:proofErr w:type="spellEnd"/>
      <w:r>
        <w:t xml:space="preserve"> :</w:t>
      </w:r>
      <w:proofErr w:type="gramEnd"/>
      <w:r>
        <w:t xml:space="preserve"> .................................................. </w:t>
      </w:r>
    </w:p>
    <w:p w14:paraId="4001D14A" w14:textId="77777777" w:rsidR="00673D4E" w:rsidRDefault="00673D4E" w:rsidP="00924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2924F877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0A5CA5E1" w14:textId="77777777" w:rsidR="004A6D22" w:rsidRDefault="004A6D22" w:rsidP="009245AE">
      <w:pPr>
        <w:spacing w:after="0" w:line="240" w:lineRule="auto"/>
      </w:pPr>
    </w:p>
    <w:p w14:paraId="3C4A6520" w14:textId="1953977F" w:rsidR="004A6D22" w:rsidRPr="00673D4E" w:rsidRDefault="00494BA5" w:rsidP="00673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bCs/>
        </w:rPr>
      </w:pPr>
      <w:r>
        <w:t xml:space="preserve"> </w:t>
      </w:r>
      <w:r w:rsidRPr="00673D4E">
        <w:rPr>
          <w:b/>
          <w:bCs/>
        </w:rPr>
        <w:t xml:space="preserve">Cadre </w:t>
      </w:r>
      <w:proofErr w:type="spellStart"/>
      <w:r w:rsidRPr="00673D4E">
        <w:rPr>
          <w:b/>
          <w:bCs/>
        </w:rPr>
        <w:t>réservé</w:t>
      </w:r>
      <w:proofErr w:type="spellEnd"/>
      <w:r w:rsidRPr="00673D4E">
        <w:rPr>
          <w:b/>
          <w:bCs/>
        </w:rPr>
        <w:t xml:space="preserve"> au service </w:t>
      </w:r>
      <w:proofErr w:type="spellStart"/>
      <w:proofErr w:type="gramStart"/>
      <w:r w:rsidRPr="00673D4E">
        <w:rPr>
          <w:b/>
          <w:bCs/>
        </w:rPr>
        <w:t>incendie</w:t>
      </w:r>
      <w:proofErr w:type="spellEnd"/>
      <w:r w:rsidR="00673D4E" w:rsidRPr="00673D4E">
        <w:rPr>
          <w:b/>
          <w:bCs/>
        </w:rPr>
        <w:t xml:space="preserve"> </w:t>
      </w:r>
      <w:r w:rsidRPr="00673D4E">
        <w:rPr>
          <w:b/>
          <w:bCs/>
        </w:rPr>
        <w:t>:</w:t>
      </w:r>
      <w:proofErr w:type="gramEnd"/>
    </w:p>
    <w:p w14:paraId="0D1661EE" w14:textId="77777777" w:rsidR="004A6D22" w:rsidRDefault="00494BA5" w:rsidP="00673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t xml:space="preserve"> </w:t>
      </w:r>
    </w:p>
    <w:p w14:paraId="238961DC" w14:textId="73D60838" w:rsidR="004A6D22" w:rsidRDefault="00494BA5" w:rsidP="00673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proofErr w:type="gramStart"/>
      <w:r>
        <w:t>Avis :</w:t>
      </w:r>
      <w:proofErr w:type="gramEnd"/>
      <w:r>
        <w:t xml:space="preserve"> </w:t>
      </w:r>
      <w:r w:rsidR="00673D4E">
        <w:tab/>
      </w:r>
      <w:r>
        <w:t xml:space="preserve">Favorable </w:t>
      </w:r>
      <w:r w:rsidR="00673D4E">
        <w:tab/>
      </w:r>
      <w:proofErr w:type="spellStart"/>
      <w:r>
        <w:t>Défavorable</w:t>
      </w:r>
      <w:proofErr w:type="spellEnd"/>
      <w:r>
        <w:t xml:space="preserve"> </w:t>
      </w:r>
    </w:p>
    <w:p w14:paraId="5A809858" w14:textId="717510B8" w:rsidR="004A6D22" w:rsidRDefault="00494BA5" w:rsidP="00673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t>Commentaires 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73D4E">
        <w:t>....................................................................................................................................................................</w:t>
      </w:r>
      <w:r>
        <w:t xml:space="preserve"> </w:t>
      </w:r>
    </w:p>
    <w:p w14:paraId="12614CD3" w14:textId="77777777" w:rsidR="004A6D22" w:rsidRDefault="00494BA5" w:rsidP="00673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t xml:space="preserve"> </w:t>
      </w:r>
    </w:p>
    <w:p w14:paraId="03EC4A74" w14:textId="58A6AEEE" w:rsidR="004A6D22" w:rsidRDefault="00494BA5" w:rsidP="00673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proofErr w:type="gramStart"/>
      <w:r>
        <w:t>Date :</w:t>
      </w:r>
      <w:proofErr w:type="gramEnd"/>
      <w:r>
        <w:t xml:space="preserve"> .................................... Nom et signature de </w:t>
      </w:r>
      <w:proofErr w:type="spellStart"/>
      <w:proofErr w:type="gramStart"/>
      <w:r>
        <w:t>l</w:t>
      </w:r>
      <w:r w:rsidR="00673D4E">
        <w:t>’</w:t>
      </w:r>
      <w:r>
        <w:t>agent</w:t>
      </w:r>
      <w:proofErr w:type="spellEnd"/>
      <w:r>
        <w:t xml:space="preserve"> :</w:t>
      </w:r>
      <w:proofErr w:type="gramEnd"/>
      <w:r>
        <w:t xml:space="preserve"> .................................................. </w:t>
      </w:r>
    </w:p>
    <w:p w14:paraId="1CE08697" w14:textId="77777777" w:rsidR="00673D4E" w:rsidRDefault="00673D4E" w:rsidP="00673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1AF0FCF0" w14:textId="77777777" w:rsidR="004A6D22" w:rsidRDefault="00494BA5" w:rsidP="009245AE">
      <w:pPr>
        <w:spacing w:after="0" w:line="240" w:lineRule="auto"/>
      </w:pPr>
      <w:r>
        <w:t xml:space="preserve"> </w:t>
      </w:r>
    </w:p>
    <w:p w14:paraId="2A2450E4" w14:textId="77777777" w:rsidR="004A6D22" w:rsidRDefault="004A6D22" w:rsidP="009245AE">
      <w:pPr>
        <w:spacing w:after="0" w:line="240" w:lineRule="auto"/>
      </w:pPr>
    </w:p>
    <w:p w14:paraId="7C0AC3E3" w14:textId="0346BD65" w:rsidR="004A6D22" w:rsidRPr="00673D4E" w:rsidRDefault="00494BA5" w:rsidP="00673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bCs/>
        </w:rPr>
      </w:pPr>
      <w:r>
        <w:t xml:space="preserve"> </w:t>
      </w:r>
      <w:proofErr w:type="spellStart"/>
      <w:r w:rsidRPr="00673D4E">
        <w:rPr>
          <w:b/>
          <w:bCs/>
        </w:rPr>
        <w:t>Décision</w:t>
      </w:r>
      <w:proofErr w:type="spellEnd"/>
      <w:r w:rsidRPr="00673D4E">
        <w:rPr>
          <w:b/>
          <w:bCs/>
        </w:rPr>
        <w:t xml:space="preserve"> du </w:t>
      </w:r>
      <w:proofErr w:type="spellStart"/>
      <w:proofErr w:type="gramStart"/>
      <w:r w:rsidRPr="00673D4E">
        <w:rPr>
          <w:b/>
          <w:bCs/>
        </w:rPr>
        <w:t>Bourgmestre</w:t>
      </w:r>
      <w:proofErr w:type="spellEnd"/>
      <w:r w:rsidR="00673D4E" w:rsidRPr="00673D4E">
        <w:rPr>
          <w:b/>
          <w:bCs/>
        </w:rPr>
        <w:t xml:space="preserve"> </w:t>
      </w:r>
      <w:r w:rsidRPr="00673D4E">
        <w:rPr>
          <w:b/>
          <w:bCs/>
        </w:rPr>
        <w:t>:</w:t>
      </w:r>
      <w:proofErr w:type="gramEnd"/>
    </w:p>
    <w:p w14:paraId="4409C8A3" w14:textId="77777777" w:rsidR="004A6D22" w:rsidRDefault="00494BA5" w:rsidP="00673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t xml:space="preserve"> </w:t>
      </w:r>
    </w:p>
    <w:p w14:paraId="02325B73" w14:textId="1726990C" w:rsidR="004A6D22" w:rsidRDefault="00494BA5" w:rsidP="00673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proofErr w:type="gramStart"/>
      <w:r>
        <w:t>Avis :</w:t>
      </w:r>
      <w:proofErr w:type="gramEnd"/>
      <w:r>
        <w:t xml:space="preserve"> </w:t>
      </w:r>
      <w:r w:rsidR="00673D4E">
        <w:tab/>
      </w:r>
      <w:proofErr w:type="gramStart"/>
      <w:r>
        <w:t xml:space="preserve">Favorable </w:t>
      </w:r>
      <w:r w:rsidR="00673D4E">
        <w:t xml:space="preserve"> </w:t>
      </w:r>
      <w:r w:rsidR="00673D4E">
        <w:tab/>
      </w:r>
      <w:proofErr w:type="spellStart"/>
      <w:proofErr w:type="gramEnd"/>
      <w:r>
        <w:t>Défavorable</w:t>
      </w:r>
      <w:proofErr w:type="spellEnd"/>
      <w:r>
        <w:t xml:space="preserve"> </w:t>
      </w:r>
    </w:p>
    <w:p w14:paraId="6B54C72E" w14:textId="77777777" w:rsidR="00673D4E" w:rsidRDefault="00494BA5" w:rsidP="00673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proofErr w:type="gramStart"/>
      <w:r>
        <w:t>Commentaires :</w:t>
      </w:r>
      <w:proofErr w:type="gramEnd"/>
      <w:r>
        <w:t xml:space="preserve"> </w:t>
      </w:r>
    </w:p>
    <w:p w14:paraId="635276CA" w14:textId="7069EF5F" w:rsidR="004A6D22" w:rsidRDefault="00494BA5" w:rsidP="00673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73D4E">
        <w:t>.................</w:t>
      </w:r>
      <w:r>
        <w:t xml:space="preserve"> </w:t>
      </w:r>
    </w:p>
    <w:p w14:paraId="6DA40D1B" w14:textId="77777777" w:rsidR="004A6D22" w:rsidRDefault="00494BA5" w:rsidP="00673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t xml:space="preserve"> </w:t>
      </w:r>
    </w:p>
    <w:p w14:paraId="52BDEAB8" w14:textId="23D1D5C9" w:rsidR="004A6D22" w:rsidRDefault="00494BA5" w:rsidP="00673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proofErr w:type="gramStart"/>
      <w:r>
        <w:t>Date :</w:t>
      </w:r>
      <w:proofErr w:type="gramEnd"/>
      <w:r>
        <w:t xml:space="preserve"> .................................... Nom et </w:t>
      </w:r>
      <w:proofErr w:type="gramStart"/>
      <w:r>
        <w:t>signature :</w:t>
      </w:r>
      <w:proofErr w:type="gramEnd"/>
      <w:r>
        <w:t xml:space="preserve"> ...................................................................</w:t>
      </w:r>
      <w:r w:rsidR="00673D4E">
        <w:t>...</w:t>
      </w:r>
    </w:p>
    <w:sectPr w:rsidR="004A6D22" w:rsidSect="001169CC">
      <w:headerReference w:type="first" r:id="rId9"/>
      <w:pgSz w:w="12240" w:h="15840"/>
      <w:pgMar w:top="993" w:right="758" w:bottom="709" w:left="12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0F90C" w14:textId="77777777" w:rsidR="00FA2D4C" w:rsidRDefault="00FA2D4C" w:rsidP="007F36EC">
      <w:pPr>
        <w:spacing w:after="0" w:line="240" w:lineRule="auto"/>
      </w:pPr>
      <w:r>
        <w:separator/>
      </w:r>
    </w:p>
  </w:endnote>
  <w:endnote w:type="continuationSeparator" w:id="0">
    <w:p w14:paraId="74F4A587" w14:textId="77777777" w:rsidR="00FA2D4C" w:rsidRDefault="00FA2D4C" w:rsidP="007F3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94AC3" w14:textId="77777777" w:rsidR="00FA2D4C" w:rsidRDefault="00FA2D4C" w:rsidP="007F36EC">
      <w:pPr>
        <w:spacing w:after="0" w:line="240" w:lineRule="auto"/>
      </w:pPr>
      <w:r>
        <w:separator/>
      </w:r>
    </w:p>
  </w:footnote>
  <w:footnote w:type="continuationSeparator" w:id="0">
    <w:p w14:paraId="485E31EB" w14:textId="77777777" w:rsidR="00FA2D4C" w:rsidRDefault="00FA2D4C" w:rsidP="007F3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7A022" w14:textId="65E8C1B1" w:rsidR="007F36EC" w:rsidRDefault="007F36EC">
    <w:pPr>
      <w:pStyle w:val="En-tte"/>
    </w:pPr>
    <w:r w:rsidRPr="00F65031">
      <w:rPr>
        <w:noProof/>
        <w:spacing w:val="-3"/>
        <w:sz w:val="20"/>
      </w:rPr>
      <w:drawing>
        <wp:inline distT="0" distB="0" distL="0" distR="0" wp14:anchorId="5874F5D5" wp14:editId="1A07DE46">
          <wp:extent cx="571500" cy="676275"/>
          <wp:effectExtent l="19050" t="19050" r="19050" b="28575"/>
          <wp:docPr id="138561801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676275"/>
                  </a:xfrm>
                  <a:prstGeom prst="rect">
                    <a:avLst/>
                  </a:prstGeom>
                  <a:noFill/>
                  <a:ln w="3175" cmpd="sng">
                    <a:solidFill>
                      <a:srgbClr val="FFFFFF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 w:rsidRPr="007F36EC">
      <w:rPr>
        <w:b/>
        <w:spacing w:val="-3"/>
      </w:rPr>
      <w:t xml:space="preserve"> </w:t>
    </w:r>
    <w:r w:rsidRPr="00F65031">
      <w:rPr>
        <w:b/>
        <w:spacing w:val="-3"/>
      </w:rPr>
      <w:t>COMMUNE DE BRAINE-LE-</w:t>
    </w:r>
    <w:r w:rsidRPr="00F65031">
      <w:rPr>
        <w:b/>
        <w:caps/>
        <w:spacing w:val="-3"/>
      </w:rPr>
      <w:t>CHÂtEAU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BA3C65"/>
    <w:multiLevelType w:val="hybridMultilevel"/>
    <w:tmpl w:val="CCC67596"/>
    <w:lvl w:ilvl="0" w:tplc="F9BEAA5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25" w:hanging="360"/>
      </w:pPr>
    </w:lvl>
    <w:lvl w:ilvl="2" w:tplc="080C001B" w:tentative="1">
      <w:start w:val="1"/>
      <w:numFmt w:val="lowerRoman"/>
      <w:lvlText w:val="%3."/>
      <w:lvlJc w:val="right"/>
      <w:pPr>
        <w:ind w:left="1845" w:hanging="180"/>
      </w:pPr>
    </w:lvl>
    <w:lvl w:ilvl="3" w:tplc="080C000F" w:tentative="1">
      <w:start w:val="1"/>
      <w:numFmt w:val="decimal"/>
      <w:lvlText w:val="%4."/>
      <w:lvlJc w:val="left"/>
      <w:pPr>
        <w:ind w:left="2565" w:hanging="360"/>
      </w:pPr>
    </w:lvl>
    <w:lvl w:ilvl="4" w:tplc="080C0019" w:tentative="1">
      <w:start w:val="1"/>
      <w:numFmt w:val="lowerLetter"/>
      <w:lvlText w:val="%5."/>
      <w:lvlJc w:val="left"/>
      <w:pPr>
        <w:ind w:left="3285" w:hanging="360"/>
      </w:pPr>
    </w:lvl>
    <w:lvl w:ilvl="5" w:tplc="080C001B" w:tentative="1">
      <w:start w:val="1"/>
      <w:numFmt w:val="lowerRoman"/>
      <w:lvlText w:val="%6."/>
      <w:lvlJc w:val="right"/>
      <w:pPr>
        <w:ind w:left="4005" w:hanging="180"/>
      </w:pPr>
    </w:lvl>
    <w:lvl w:ilvl="6" w:tplc="080C000F" w:tentative="1">
      <w:start w:val="1"/>
      <w:numFmt w:val="decimal"/>
      <w:lvlText w:val="%7."/>
      <w:lvlJc w:val="left"/>
      <w:pPr>
        <w:ind w:left="4725" w:hanging="360"/>
      </w:pPr>
    </w:lvl>
    <w:lvl w:ilvl="7" w:tplc="080C0019" w:tentative="1">
      <w:start w:val="1"/>
      <w:numFmt w:val="lowerLetter"/>
      <w:lvlText w:val="%8."/>
      <w:lvlJc w:val="left"/>
      <w:pPr>
        <w:ind w:left="5445" w:hanging="360"/>
      </w:pPr>
    </w:lvl>
    <w:lvl w:ilvl="8" w:tplc="080C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411247166">
    <w:abstractNumId w:val="8"/>
  </w:num>
  <w:num w:numId="2" w16cid:durableId="1303316257">
    <w:abstractNumId w:val="6"/>
  </w:num>
  <w:num w:numId="3" w16cid:durableId="1839418806">
    <w:abstractNumId w:val="5"/>
  </w:num>
  <w:num w:numId="4" w16cid:durableId="671180919">
    <w:abstractNumId w:val="4"/>
  </w:num>
  <w:num w:numId="5" w16cid:durableId="1377003117">
    <w:abstractNumId w:val="7"/>
  </w:num>
  <w:num w:numId="6" w16cid:durableId="49813396">
    <w:abstractNumId w:val="3"/>
  </w:num>
  <w:num w:numId="7" w16cid:durableId="31346327">
    <w:abstractNumId w:val="2"/>
  </w:num>
  <w:num w:numId="8" w16cid:durableId="1326784446">
    <w:abstractNumId w:val="1"/>
  </w:num>
  <w:num w:numId="9" w16cid:durableId="1632513259">
    <w:abstractNumId w:val="0"/>
  </w:num>
  <w:num w:numId="10" w16cid:durableId="9980006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5D81"/>
    <w:rsid w:val="001169CC"/>
    <w:rsid w:val="001309A9"/>
    <w:rsid w:val="0015074B"/>
    <w:rsid w:val="0029639D"/>
    <w:rsid w:val="00326F90"/>
    <w:rsid w:val="0036124D"/>
    <w:rsid w:val="00363293"/>
    <w:rsid w:val="00477026"/>
    <w:rsid w:val="00494BA5"/>
    <w:rsid w:val="004A6D22"/>
    <w:rsid w:val="005A0EFB"/>
    <w:rsid w:val="00673D4E"/>
    <w:rsid w:val="007F36EC"/>
    <w:rsid w:val="009245AE"/>
    <w:rsid w:val="00A65DC1"/>
    <w:rsid w:val="00AA1D8D"/>
    <w:rsid w:val="00B47730"/>
    <w:rsid w:val="00CB0664"/>
    <w:rsid w:val="00FA2D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38B59"/>
  <w14:defaultImageDpi w14:val="330"/>
  <w15:docId w15:val="{EA68E728-CFE4-4F64-A6F8-778407AD2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673D4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73D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raine-le-chateau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1691</Words>
  <Characters>9302</Characters>
  <Application>Microsoft Office Word</Application>
  <DocSecurity>0</DocSecurity>
  <Lines>77</Lines>
  <Paragraphs>21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10972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Licence ADM BLC</cp:lastModifiedBy>
  <cp:revision>6</cp:revision>
  <dcterms:created xsi:type="dcterms:W3CDTF">2013-12-23T23:15:00Z</dcterms:created>
  <dcterms:modified xsi:type="dcterms:W3CDTF">2025-07-30T12:27:00Z</dcterms:modified>
  <cp:category/>
</cp:coreProperties>
</file>